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2E373" w14:textId="77777777" w:rsidR="00C05318" w:rsidRDefault="00621973">
      <w:pPr>
        <w:jc w:val="right"/>
      </w:pPr>
      <w:r>
        <w:rPr>
          <w:b/>
          <w:i/>
        </w:rPr>
        <w:t>Mẫu số 01a</w:t>
      </w:r>
    </w:p>
    <w:p w14:paraId="0CBC6A9A" w14:textId="39D7C48A" w:rsidR="00C05318" w:rsidRDefault="006E6A4B">
      <w:pPr>
        <w:jc w:val="center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9BB2E8" wp14:editId="3083AD4C">
                <wp:simplePos x="0" y="0"/>
                <wp:positionH relativeFrom="column">
                  <wp:posOffset>2289809</wp:posOffset>
                </wp:positionH>
                <wp:positionV relativeFrom="paragraph">
                  <wp:posOffset>401320</wp:posOffset>
                </wp:positionV>
                <wp:extent cx="1781175" cy="95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811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BD5C4A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3pt,31.6pt" to="320.55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" strokecolor="black [3040]"/>
            </w:pict>
          </mc:Fallback>
        </mc:AlternateContent>
      </w:r>
      <w:r w:rsidR="00621973">
        <w:rPr>
          <w:b/>
        </w:rPr>
        <w:t>CỘNG HÒA XÃ HỘI CHỦ NGHĨA VIỆT NAM</w:t>
      </w:r>
      <w:r w:rsidR="00621973">
        <w:rPr>
          <w:b/>
        </w:rPr>
        <w:br/>
        <w:t>Độc lập - Tự do - Hạnh phúc</w:t>
      </w:r>
    </w:p>
    <w:p w14:paraId="335255C9" w14:textId="77777777" w:rsidR="00C05318" w:rsidRDefault="00621973">
      <w:pPr>
        <w:jc w:val="right"/>
      </w:pPr>
      <w:r>
        <w:rPr>
          <w:i/>
        </w:rPr>
        <w:t>......., ngày...... tháng...... năm......</w:t>
      </w:r>
    </w:p>
    <w:p w14:paraId="78B1D090" w14:textId="77777777" w:rsidR="00C05318" w:rsidRDefault="00621973">
      <w:pPr>
        <w:spacing w:before="240" w:after="240"/>
        <w:jc w:val="center"/>
      </w:pPr>
      <w:r>
        <w:rPr>
          <w:b/>
          <w:sz w:val="28"/>
        </w:rPr>
        <w:t>PHIẾU YÊU CẦU CUNG CẤP THÔNG TIN</w:t>
      </w:r>
      <w:r>
        <w:rPr>
          <w:b/>
          <w:sz w:val="28"/>
        </w:rPr>
        <w:br/>
      </w:r>
      <w:r>
        <w:rPr>
          <w:i/>
        </w:rPr>
        <w:t>(Dành cho cá nhân yêu cầu cung cấp thông tin)</w:t>
      </w:r>
    </w:p>
    <w:p w14:paraId="589B2EA1" w14:textId="77777777" w:rsidR="00C05318" w:rsidRDefault="00621973">
      <w:pPr>
        <w:jc w:val="center"/>
      </w:pPr>
      <w:r>
        <w:rPr>
          <w:b/>
        </w:rPr>
        <w:t>Kính gửi: ........................................................................................</w:t>
      </w:r>
    </w:p>
    <w:p w14:paraId="5458BC51" w14:textId="77777777" w:rsidR="00C05318" w:rsidRDefault="00621973">
      <w:pPr>
        <w:spacing w:after="120"/>
      </w:pPr>
      <w:r>
        <w:t>1. Họ, tên cá nhân yêu cầu cung cấp thông tin: ...............................................................................</w:t>
      </w:r>
    </w:p>
    <w:p w14:paraId="6B3D437E" w14:textId="77777777" w:rsidR="00C05318" w:rsidRDefault="00621973">
      <w:pPr>
        <w:spacing w:after="120"/>
      </w:pPr>
      <w:r>
        <w:t>2. Thẻ căn cước công dân/Thẻ căn cước/Giấy chứng nhận căn cước/Tài khoản định danh điện tử (VNeID)/Hộ chiếu: Số: ........................ Cấp ngày ........ tháng ........ năm ........... Tại:...........................</w:t>
      </w:r>
    </w:p>
    <w:p w14:paraId="28533156" w14:textId="46EB268D" w:rsidR="00C05318" w:rsidRDefault="00621973">
      <w:pPr>
        <w:spacing w:after="120"/>
      </w:pPr>
      <w:r>
        <w:t>3. Số điện thoại: ................................................; E-mail: ..............................................................</w:t>
      </w:r>
    </w:p>
    <w:p w14:paraId="1A986DC3" w14:textId="77777777" w:rsidR="00C05318" w:rsidRDefault="00621973">
      <w:pPr>
        <w:spacing w:after="120"/>
      </w:pPr>
      <w:r>
        <w:t>4. Người được ủy quyền/Người đại diện/Người giám hộ:..............................................................</w:t>
      </w:r>
    </w:p>
    <w:p w14:paraId="64B78A2F" w14:textId="47B9DD47" w:rsidR="00C05318" w:rsidRDefault="00621973">
      <w:pPr>
        <w:spacing w:after="120"/>
      </w:pPr>
      <w:r>
        <w:t xml:space="preserve">    4.1. Họ và tên: ...........................................................................................................................</w:t>
      </w:r>
    </w:p>
    <w:p w14:paraId="703D1DB0" w14:textId="58C3A402" w:rsidR="00C05318" w:rsidRDefault="00621973">
      <w:pPr>
        <w:spacing w:after="120"/>
      </w:pPr>
      <w:r>
        <w:t xml:space="preserve">    4.2. Mối quan hệ với người </w:t>
      </w:r>
      <w:proofErr w:type="spellStart"/>
      <w:r>
        <w:t>có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gramStart"/>
      <w:r>
        <w:t>tin:.......................................................</w:t>
      </w:r>
      <w:proofErr w:type="gramEnd"/>
    </w:p>
    <w:p w14:paraId="131D3A51" w14:textId="77777777" w:rsidR="006E6A4B" w:rsidRDefault="00621973">
      <w:pPr>
        <w:spacing w:after="120"/>
      </w:pPr>
      <w:r>
        <w:t xml:space="preserve">    4.3. Thẻ CCCD/Thẻ căn cước/Giấy CN căn cước/Tài khoản VNeID/Hộ chiếu: </w:t>
      </w:r>
    </w:p>
    <w:p w14:paraId="73A8E95D" w14:textId="3030F325" w:rsidR="00C05318" w:rsidRDefault="006E6A4B">
      <w:pPr>
        <w:spacing w:after="120"/>
      </w:pPr>
      <w:r>
        <w:t xml:space="preserve"> </w:t>
      </w:r>
      <w:proofErr w:type="spellStart"/>
      <w:r w:rsidR="00621973">
        <w:t>Số</w:t>
      </w:r>
      <w:proofErr w:type="spellEnd"/>
      <w:r w:rsidR="00621973">
        <w:t>: ....................</w:t>
      </w:r>
      <w:r>
        <w:t>............</w:t>
      </w:r>
      <w:proofErr w:type="spellStart"/>
      <w:r w:rsidR="00621973">
        <w:t>Cấp</w:t>
      </w:r>
      <w:proofErr w:type="spellEnd"/>
      <w:r w:rsidR="00621973">
        <w:t xml:space="preserve"> </w:t>
      </w:r>
      <w:proofErr w:type="spellStart"/>
      <w:r w:rsidR="00621973">
        <w:t>ngày</w:t>
      </w:r>
      <w:proofErr w:type="spellEnd"/>
      <w:r w:rsidR="00621973">
        <w:t xml:space="preserve"> ........ tháng ........ năm ........... </w:t>
      </w:r>
      <w:proofErr w:type="gramStart"/>
      <w:r>
        <w:t>T</w:t>
      </w:r>
      <w:r w:rsidR="00621973">
        <w:t>ại:...........................................................................................</w:t>
      </w:r>
      <w:proofErr w:type="gramEnd"/>
    </w:p>
    <w:p w14:paraId="320D7B83" w14:textId="60ECA22A" w:rsidR="00C05318" w:rsidRDefault="00621973">
      <w:pPr>
        <w:spacing w:after="120"/>
      </w:pPr>
      <w:r>
        <w:t xml:space="preserve">    4.4. Theo văn bản ủy quyền ký ngày ......... tháng ....... </w:t>
      </w:r>
      <w:proofErr w:type="spellStart"/>
      <w:r>
        <w:t>năm</w:t>
      </w:r>
      <w:proofErr w:type="spellEnd"/>
      <w:r>
        <w:t>.......................................................</w:t>
      </w:r>
    </w:p>
    <w:p w14:paraId="4A482BA1" w14:textId="1DF55C91" w:rsidR="00C05318" w:rsidRDefault="00621973">
      <w:pPr>
        <w:spacing w:after="120"/>
      </w:pPr>
      <w:r>
        <w:t xml:space="preserve">5. Tên văn </w:t>
      </w:r>
      <w:proofErr w:type="spellStart"/>
      <w:r>
        <w:t>bản</w:t>
      </w:r>
      <w:proofErr w:type="spellEnd"/>
      <w:r>
        <w:t>/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>/</w:t>
      </w:r>
      <w:proofErr w:type="spellStart"/>
      <w:r>
        <w:t>tài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gramStart"/>
      <w:r w:rsidR="006E6A4B">
        <w:t>cấp:</w:t>
      </w:r>
      <w:r>
        <w:t>.............................................................................</w:t>
      </w:r>
      <w:proofErr w:type="gramEnd"/>
      <w:r>
        <w:br/>
      </w:r>
    </w:p>
    <w:p w14:paraId="4DBE8D90" w14:textId="761239DA" w:rsidR="00C05318" w:rsidRDefault="00621973">
      <w:pPr>
        <w:spacing w:after="120"/>
      </w:pPr>
      <w:r>
        <w:t xml:space="preserve">6. Lý do, mục </w:t>
      </w:r>
      <w:proofErr w:type="spellStart"/>
      <w:r>
        <w:t>đích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gramStart"/>
      <w:r>
        <w:t>tin:...............................................................</w:t>
      </w:r>
      <w:r w:rsidR="006E6A4B">
        <w:t>...............</w:t>
      </w:r>
      <w:proofErr w:type="gramEnd"/>
      <w:r>
        <w:br/>
        <w:t>.........................................................................................................................................................</w:t>
      </w:r>
    </w:p>
    <w:p w14:paraId="2249B17E" w14:textId="5D34AF85" w:rsidR="00C05318" w:rsidRDefault="00621973">
      <w:pPr>
        <w:spacing w:after="120"/>
      </w:pPr>
      <w:r>
        <w:t>7. Yêu cầu cung cấp thông tin này lần thứ:       ☐ Lần đầu           ☐ Khác: ...................................</w:t>
      </w:r>
    </w:p>
    <w:p w14:paraId="002B02FF" w14:textId="25602F58" w:rsidR="00C05318" w:rsidRDefault="00621973">
      <w:pPr>
        <w:spacing w:after="120"/>
      </w:pPr>
      <w:r>
        <w:t xml:space="preserve">8. Số lượng bản in, sao, </w:t>
      </w:r>
      <w:proofErr w:type="spellStart"/>
      <w:r>
        <w:t>chụp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,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, </w:t>
      </w:r>
      <w:proofErr w:type="spellStart"/>
      <w:r>
        <w:t>tài</w:t>
      </w:r>
      <w:proofErr w:type="spellEnd"/>
      <w:r>
        <w:t xml:space="preserve"> </w:t>
      </w:r>
      <w:proofErr w:type="gramStart"/>
      <w:r>
        <w:t>liệu:....................................................................</w:t>
      </w:r>
      <w:proofErr w:type="gramEnd"/>
    </w:p>
    <w:p w14:paraId="0D1EAA69" w14:textId="77777777" w:rsidR="00C05318" w:rsidRDefault="00621973">
      <w:pPr>
        <w:spacing w:after="120"/>
      </w:pPr>
      <w:r>
        <w:t>9. Phương thức nhận văn bản, hồ sơ, tài liệu:</w:t>
      </w:r>
    </w:p>
    <w:p w14:paraId="6C7C3358" w14:textId="36D469B9" w:rsidR="00C05318" w:rsidRDefault="00621973">
      <w:pPr>
        <w:spacing w:after="120"/>
      </w:pPr>
      <w:r>
        <w:t xml:space="preserve">    9.1. Nhận tại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gramStart"/>
      <w:r>
        <w:t>tin:.............................................................................</w:t>
      </w:r>
      <w:proofErr w:type="gramEnd"/>
    </w:p>
    <w:p w14:paraId="73CA9DD5" w14:textId="3097F4D5" w:rsidR="00C05318" w:rsidRDefault="00621973">
      <w:pPr>
        <w:spacing w:after="120"/>
      </w:pPr>
      <w:r>
        <w:t xml:space="preserve">    9.2. Nhận qua dịch vụ </w:t>
      </w:r>
      <w:proofErr w:type="spellStart"/>
      <w:r>
        <w:t>bưu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nhận</w:t>
      </w:r>
      <w:proofErr w:type="gramStart"/>
      <w:r>
        <w:t>):..............................................................</w:t>
      </w:r>
      <w:proofErr w:type="gramEnd"/>
    </w:p>
    <w:p w14:paraId="3F15F46F" w14:textId="21F69D1F" w:rsidR="00C05318" w:rsidRDefault="00621973">
      <w:pPr>
        <w:spacing w:after="120"/>
      </w:pPr>
      <w:r>
        <w:lastRenderedPageBreak/>
        <w:t xml:space="preserve">    9.3. Nhận qua mạng Internet:</w:t>
      </w:r>
      <w:r>
        <w:br/>
        <w:t xml:space="preserve">    ☐ Qua thư điện tử (ghi rõ địa chỉ nhận):........................................................................................</w:t>
      </w:r>
      <w:r>
        <w:br/>
        <w:t xml:space="preserve">    ☐ Cổng thông tin điện tử (ghi rõ địa chỉ nhận):.............................................................................</w:t>
      </w:r>
      <w:r>
        <w:br/>
        <w:t xml:space="preserve">    ☐ Trang thông tin điện tử (ghi rõ địa chỉ nhận):............................................................................</w:t>
      </w:r>
      <w:r>
        <w:br/>
        <w:t xml:space="preserve">    ☐ Cổng dữ liệu (ghi rõ địa chỉ nhận):...........................................................................................</w:t>
      </w:r>
      <w:r>
        <w:br/>
        <w:t xml:space="preserve">    ☐ Cổng dịch vụ công quốc gia (ghi rõ địa chỉ nhận):...................................................................</w:t>
      </w:r>
      <w:r>
        <w:br/>
        <w:t xml:space="preserve">    ☐ Ứng dụng di động hoặc các nền tảng số khác (ghi rõ địa chỉ nhận):.......................................</w:t>
      </w:r>
      <w:r>
        <w:br/>
        <w:t xml:space="preserve">    ☐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rõ):..........................................................................................................</w:t>
      </w:r>
    </w:p>
    <w:p w14:paraId="484F0A22" w14:textId="79574BD3" w:rsidR="00C05318" w:rsidRPr="0096113F" w:rsidRDefault="00621973">
      <w:pPr>
        <w:spacing w:after="120"/>
        <w:rPr>
          <w:lang w:val="vi-VN"/>
        </w:rPr>
      </w:pPr>
      <w:r>
        <w:t xml:space="preserve">10. Văn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</w:t>
      </w:r>
      <w:proofErr w:type="gramStart"/>
      <w:r>
        <w:t>theo:....................................................................................................................</w:t>
      </w:r>
      <w:proofErr w:type="gramEnd"/>
    </w:p>
    <w:p w14:paraId="1B44A2F4" w14:textId="77777777" w:rsidR="00C05318" w:rsidRPr="0096113F" w:rsidRDefault="00621973" w:rsidP="006E6A4B">
      <w:pPr>
        <w:jc w:val="center"/>
        <w:rPr>
          <w:lang w:val="vi-VN"/>
        </w:rPr>
      </w:pPr>
      <w:r w:rsidRPr="0096113F">
        <w:rPr>
          <w:b/>
          <w:lang w:val="vi-VN"/>
        </w:rPr>
        <w:t>NGƯỜI YÊU CẦU</w:t>
      </w:r>
      <w:r w:rsidRPr="0096113F">
        <w:rPr>
          <w:b/>
          <w:lang w:val="vi-VN"/>
        </w:rPr>
        <w:br/>
        <w:t>(Ký, ghi rõ họ tên)</w:t>
      </w:r>
    </w:p>
    <w:p w14:paraId="332C33FF" w14:textId="77777777" w:rsidR="00C05318" w:rsidRPr="0096113F" w:rsidRDefault="00621973">
      <w:pPr>
        <w:rPr>
          <w:lang w:val="vi-VN"/>
        </w:rPr>
      </w:pPr>
      <w:r w:rsidRPr="0096113F">
        <w:rPr>
          <w:lang w:val="vi-VN"/>
        </w:rPr>
        <w:br w:type="page"/>
      </w:r>
    </w:p>
    <w:p w14:paraId="41D390CF" w14:textId="77777777" w:rsidR="00C05318" w:rsidRPr="0096113F" w:rsidRDefault="00621973">
      <w:pPr>
        <w:jc w:val="right"/>
        <w:rPr>
          <w:lang w:val="vi-VN"/>
        </w:rPr>
      </w:pPr>
      <w:r w:rsidRPr="0096113F">
        <w:rPr>
          <w:b/>
          <w:i/>
          <w:lang w:val="vi-VN"/>
        </w:rPr>
        <w:lastRenderedPageBreak/>
        <w:t>Mẫu số 01b</w:t>
      </w:r>
    </w:p>
    <w:p w14:paraId="2C6617E2" w14:textId="77777777" w:rsidR="006E6A4B" w:rsidRPr="0096113F" w:rsidRDefault="006E6A4B" w:rsidP="006E6A4B">
      <w:pPr>
        <w:jc w:val="center"/>
        <w:rPr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AEF411" wp14:editId="49D62E81">
                <wp:simplePos x="0" y="0"/>
                <wp:positionH relativeFrom="column">
                  <wp:posOffset>2289809</wp:posOffset>
                </wp:positionH>
                <wp:positionV relativeFrom="paragraph">
                  <wp:posOffset>401320</wp:posOffset>
                </wp:positionV>
                <wp:extent cx="1781175" cy="95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8117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42888A" id="Straight Connector 2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.3pt,31.6pt" to="320.55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"/>
            </w:pict>
          </mc:Fallback>
        </mc:AlternateContent>
      </w:r>
      <w:r w:rsidRPr="0096113F">
        <w:rPr>
          <w:b/>
          <w:lang w:val="vi-VN"/>
        </w:rPr>
        <w:t>CỘNG HÒA XÃ HỘI CHỦ NGHĨA VIỆT NAM</w:t>
      </w:r>
      <w:r w:rsidRPr="0096113F">
        <w:rPr>
          <w:b/>
          <w:lang w:val="vi-VN"/>
        </w:rPr>
        <w:br/>
        <w:t>Độc lập - Tự do - Hạnh phúc</w:t>
      </w:r>
    </w:p>
    <w:p w14:paraId="4B56BD65" w14:textId="77777777" w:rsidR="00C05318" w:rsidRPr="0096113F" w:rsidRDefault="00621973">
      <w:pPr>
        <w:jc w:val="right"/>
        <w:rPr>
          <w:lang w:val="vi-VN"/>
        </w:rPr>
      </w:pPr>
      <w:r w:rsidRPr="0096113F">
        <w:rPr>
          <w:i/>
          <w:lang w:val="vi-VN"/>
        </w:rPr>
        <w:t>......., ngày...... tháng...... năm......</w:t>
      </w:r>
    </w:p>
    <w:p w14:paraId="59AC9EEF" w14:textId="77777777" w:rsidR="00C05318" w:rsidRPr="0096113F" w:rsidRDefault="00621973">
      <w:pPr>
        <w:spacing w:before="240" w:after="240"/>
        <w:jc w:val="center"/>
        <w:rPr>
          <w:lang w:val="vi-VN"/>
        </w:rPr>
      </w:pPr>
      <w:r w:rsidRPr="0096113F">
        <w:rPr>
          <w:b/>
          <w:sz w:val="28"/>
          <w:lang w:val="vi-VN"/>
        </w:rPr>
        <w:t>PHIẾU YÊU CẦU CUNG CẤP THÔNG TIN</w:t>
      </w:r>
      <w:r w:rsidRPr="0096113F">
        <w:rPr>
          <w:b/>
          <w:sz w:val="28"/>
          <w:lang w:val="vi-VN"/>
        </w:rPr>
        <w:br/>
      </w:r>
      <w:r w:rsidRPr="0096113F">
        <w:rPr>
          <w:i/>
          <w:lang w:val="vi-VN"/>
        </w:rPr>
        <w:t>(Dành cho trường hợp công dân yêu cầu cung cấp thông tin thông qua tổ chức, đoàn thể, doanh nghiệp)</w:t>
      </w:r>
    </w:p>
    <w:p w14:paraId="4E5A2F75" w14:textId="77777777" w:rsidR="00C05318" w:rsidRPr="0096113F" w:rsidRDefault="00621973">
      <w:pPr>
        <w:jc w:val="center"/>
        <w:rPr>
          <w:lang w:val="vi-VN"/>
        </w:rPr>
      </w:pPr>
      <w:r w:rsidRPr="0096113F">
        <w:rPr>
          <w:b/>
          <w:lang w:val="vi-VN"/>
        </w:rPr>
        <w:t>Kính gửi: ........................................................................................</w:t>
      </w:r>
    </w:p>
    <w:p w14:paraId="74DB8646" w14:textId="751F7224" w:rsidR="00C05318" w:rsidRPr="0096113F" w:rsidRDefault="00621973">
      <w:pPr>
        <w:spacing w:after="120"/>
        <w:rPr>
          <w:lang w:val="vi-VN"/>
        </w:rPr>
      </w:pPr>
      <w:r w:rsidRPr="0096113F">
        <w:rPr>
          <w:lang w:val="vi-VN"/>
        </w:rPr>
        <w:t>1. Tên tổ chức, đoàn thể, doanh nghiệp: ........................................................................................</w:t>
      </w:r>
    </w:p>
    <w:p w14:paraId="24BB256A" w14:textId="5DE19427" w:rsidR="00C05318" w:rsidRPr="0096113F" w:rsidRDefault="00621973">
      <w:pPr>
        <w:spacing w:after="120"/>
        <w:rPr>
          <w:lang w:val="vi-VN"/>
        </w:rPr>
      </w:pPr>
      <w:r w:rsidRPr="0096113F">
        <w:rPr>
          <w:lang w:val="vi-VN"/>
        </w:rPr>
        <w:t>2. Mã số doanh nghiệp/mã số định danh của tổ chức: ...................................................................</w:t>
      </w:r>
    </w:p>
    <w:p w14:paraId="3A972242" w14:textId="1395D2CD" w:rsidR="00C05318" w:rsidRDefault="00621973">
      <w:pPr>
        <w:spacing w:after="120"/>
      </w:pPr>
      <w:r>
        <w:t xml:space="preserve">3. Họ tên người đại diện yêu cầu cung cấp thông tin thông qua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,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doanh</w:t>
      </w:r>
      <w:proofErr w:type="spellEnd"/>
      <w:r>
        <w:t xml:space="preserve"> </w:t>
      </w:r>
      <w:proofErr w:type="gramStart"/>
      <w:r>
        <w:t>nghiệp:....................................................................................................................................</w:t>
      </w:r>
      <w:proofErr w:type="gramEnd"/>
    </w:p>
    <w:p w14:paraId="530A1425" w14:textId="01310A37" w:rsidR="00C05318" w:rsidRDefault="00621973">
      <w:pPr>
        <w:spacing w:after="120"/>
      </w:pPr>
      <w:r>
        <w:t xml:space="preserve">    Số điện thoại: ................................................; E-mail: ..............................................................</w:t>
      </w:r>
    </w:p>
    <w:p w14:paraId="44B3A4EF" w14:textId="77777777" w:rsidR="00C05318" w:rsidRDefault="00621973">
      <w:pPr>
        <w:spacing w:after="120"/>
      </w:pPr>
      <w:r>
        <w:t>4. Danh sách cá nhân có yêu cầu cung cấp thông tin kèm theo Phiếu yêu cầu cung cấp thông tin (đính kèm).</w:t>
      </w:r>
    </w:p>
    <w:p w14:paraId="3ACB4854" w14:textId="62E7DB0F" w:rsidR="00C05318" w:rsidRDefault="00621973">
      <w:pPr>
        <w:spacing w:after="120"/>
      </w:pPr>
      <w:r>
        <w:t xml:space="preserve">5. Tên văn </w:t>
      </w:r>
      <w:proofErr w:type="spellStart"/>
      <w:r>
        <w:t>bản</w:t>
      </w:r>
      <w:proofErr w:type="spellEnd"/>
      <w:r>
        <w:t>/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>/</w:t>
      </w:r>
      <w:proofErr w:type="spellStart"/>
      <w:r>
        <w:t>tài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gramStart"/>
      <w:r>
        <w:t>cấp:............................................................................</w:t>
      </w:r>
      <w:proofErr w:type="gramEnd"/>
      <w:r>
        <w:br/>
        <w:t>.........................................................................................................................................................</w:t>
      </w:r>
    </w:p>
    <w:p w14:paraId="23A2A0C0" w14:textId="1613A6C8" w:rsidR="00C05318" w:rsidRDefault="00621973">
      <w:pPr>
        <w:spacing w:after="120"/>
      </w:pPr>
      <w:r>
        <w:t xml:space="preserve">6. Yêu cầu cung cấp thông tin này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:       ☐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          ☐ </w:t>
      </w:r>
      <w:proofErr w:type="spellStart"/>
      <w:proofErr w:type="gramStart"/>
      <w:r>
        <w:t>Khác</w:t>
      </w:r>
      <w:proofErr w:type="spellEnd"/>
      <w:r>
        <w:t>:....................................</w:t>
      </w:r>
      <w:proofErr w:type="gramEnd"/>
    </w:p>
    <w:p w14:paraId="30FD9E3F" w14:textId="2731D4D1" w:rsidR="00C05318" w:rsidRDefault="00621973">
      <w:pPr>
        <w:spacing w:after="120"/>
      </w:pPr>
      <w:r>
        <w:t xml:space="preserve">7. Số lượng bản in, sao, </w:t>
      </w:r>
      <w:proofErr w:type="spellStart"/>
      <w:r>
        <w:t>chụp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,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, </w:t>
      </w:r>
      <w:proofErr w:type="spellStart"/>
      <w:r>
        <w:t>tài</w:t>
      </w:r>
      <w:proofErr w:type="spellEnd"/>
      <w:r>
        <w:t xml:space="preserve"> </w:t>
      </w:r>
      <w:proofErr w:type="gramStart"/>
      <w:r>
        <w:t>liệu:....................................................................</w:t>
      </w:r>
      <w:proofErr w:type="gramEnd"/>
    </w:p>
    <w:p w14:paraId="0CACAF15" w14:textId="77777777" w:rsidR="00C05318" w:rsidRDefault="00621973">
      <w:pPr>
        <w:spacing w:after="120"/>
      </w:pPr>
      <w:r>
        <w:t>8. Phương thức nhận văn bản, hồ sơ, tài liệu:</w:t>
      </w:r>
    </w:p>
    <w:p w14:paraId="57C56416" w14:textId="3CAEB32C" w:rsidR="00C05318" w:rsidRDefault="00621973">
      <w:pPr>
        <w:spacing w:after="120"/>
      </w:pPr>
      <w:r>
        <w:t xml:space="preserve">    8.1. Nhận tại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gramStart"/>
      <w:r>
        <w:t>tin:.............................................................................</w:t>
      </w:r>
      <w:proofErr w:type="gramEnd"/>
    </w:p>
    <w:p w14:paraId="4A9D8751" w14:textId="096A1EEC" w:rsidR="00C05318" w:rsidRDefault="00621973">
      <w:pPr>
        <w:spacing w:after="120"/>
      </w:pPr>
      <w:r>
        <w:t xml:space="preserve">    8.2. Nhận qua dịch vụ </w:t>
      </w:r>
      <w:proofErr w:type="spellStart"/>
      <w:r>
        <w:t>bưu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nhận</w:t>
      </w:r>
      <w:proofErr w:type="gramStart"/>
      <w:r>
        <w:t>):..............................................................</w:t>
      </w:r>
      <w:proofErr w:type="gramEnd"/>
    </w:p>
    <w:p w14:paraId="185D1AC6" w14:textId="44149CD7" w:rsidR="00C05318" w:rsidRDefault="00621973">
      <w:pPr>
        <w:spacing w:after="120"/>
      </w:pPr>
      <w:r>
        <w:t xml:space="preserve">    8.3. Nhận qua mạng Internet:</w:t>
      </w:r>
      <w:r>
        <w:br/>
        <w:t xml:space="preserve">    ☐ Qua thư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nhận):....................................................................................</w:t>
      </w:r>
      <w:r>
        <w:br/>
        <w:t xml:space="preserve">    ☐ Cổng thông tin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nhận):..........................................................................</w:t>
      </w:r>
      <w:r>
        <w:br/>
        <w:t xml:space="preserve">    ☐ Trang thông tin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nhận):.........................................................................</w:t>
      </w:r>
      <w:r>
        <w:br/>
        <w:t xml:space="preserve">    ☐ Cổng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nhận):.........................................................................................</w:t>
      </w:r>
      <w:r>
        <w:br/>
        <w:t xml:space="preserve">    ☐ Cổng dịch vụ công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nhận):.................................................................</w:t>
      </w:r>
      <w:r>
        <w:br/>
        <w:t xml:space="preserve">    ☐ Ứng dụng di động hoặc các nền tảng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nhận</w:t>
      </w:r>
      <w:proofErr w:type="spellEnd"/>
      <w:r>
        <w:t>):......................................</w:t>
      </w:r>
      <w:r>
        <w:br/>
        <w:t xml:space="preserve">    ☐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(</w:t>
      </w:r>
      <w:proofErr w:type="spellStart"/>
      <w:r>
        <w:t>ghi</w:t>
      </w:r>
      <w:proofErr w:type="spellEnd"/>
      <w:r>
        <w:t xml:space="preserve"> rõ):..........................................................................................................</w:t>
      </w:r>
    </w:p>
    <w:p w14:paraId="46D8EA6E" w14:textId="38128E97" w:rsidR="00C05318" w:rsidRDefault="00621973">
      <w:pPr>
        <w:spacing w:after="120"/>
      </w:pPr>
      <w:r>
        <w:lastRenderedPageBreak/>
        <w:t xml:space="preserve">9. Văn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</w:t>
      </w:r>
      <w:proofErr w:type="gramStart"/>
      <w:r>
        <w:t>theo:......................................................................................................................</w:t>
      </w:r>
      <w:proofErr w:type="gramEnd"/>
      <w:r>
        <w:br/>
        <w:t>.........................................................................................................................................................</w:t>
      </w:r>
    </w:p>
    <w:p w14:paraId="0AA66943" w14:textId="77777777" w:rsidR="00C05318" w:rsidRDefault="00621973" w:rsidP="006E6A4B">
      <w:pPr>
        <w:jc w:val="center"/>
      </w:pPr>
      <w:r>
        <w:rPr>
          <w:b/>
        </w:rPr>
        <w:t>NGƯỜI ĐẠI DIỆN</w:t>
      </w:r>
      <w:r>
        <w:rPr>
          <w:b/>
        </w:rPr>
        <w:br/>
        <w:t>TỔ CHỨC ĐOÀN THỂ DOANH NGHIỆP</w:t>
      </w:r>
      <w:r>
        <w:rPr>
          <w:b/>
        </w:rPr>
        <w:br/>
        <w:t>(Ký, ghi rõ họ tên, đóng dấu (nếu có))</w:t>
      </w:r>
    </w:p>
    <w:p w14:paraId="2D20E703" w14:textId="77777777" w:rsidR="00C05318" w:rsidRDefault="00621973">
      <w:r>
        <w:br w:type="page"/>
      </w:r>
    </w:p>
    <w:p w14:paraId="624B365B" w14:textId="77777777" w:rsidR="00C05318" w:rsidRDefault="00621973">
      <w:pPr>
        <w:jc w:val="center"/>
      </w:pPr>
      <w:r>
        <w:rPr>
          <w:b/>
        </w:rPr>
        <w:lastRenderedPageBreak/>
        <w:t>DANH SÁCH CÁ NHÂN CÓ YÊU CẦU CUNG CẤP THÔNG TIN</w:t>
      </w:r>
      <w:r>
        <w:rPr>
          <w:b/>
        </w:rPr>
        <w:br/>
      </w:r>
      <w:r>
        <w:rPr>
          <w:i/>
        </w:rPr>
        <w:t>(Kèm theo Phiếu yêu cầu cung cấp thông tin dành cho trường hợp công dân yêu cầu cung cấp thông tin thông qua tổ chức, đoàn thể, doanh nghiệp)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4"/>
        <w:gridCol w:w="1994"/>
        <w:gridCol w:w="1994"/>
        <w:gridCol w:w="1994"/>
        <w:gridCol w:w="1994"/>
      </w:tblGrid>
      <w:tr w:rsidR="00C05318" w14:paraId="008F26B6" w14:textId="77777777">
        <w:tc>
          <w:tcPr>
            <w:tcW w:w="1994" w:type="dxa"/>
          </w:tcPr>
          <w:p w14:paraId="7A7119D8" w14:textId="77777777" w:rsidR="00C05318" w:rsidRDefault="00621973">
            <w:pPr>
              <w:jc w:val="center"/>
            </w:pPr>
            <w:r>
              <w:rPr>
                <w:b/>
              </w:rPr>
              <w:t>STT</w:t>
            </w:r>
          </w:p>
        </w:tc>
        <w:tc>
          <w:tcPr>
            <w:tcW w:w="1994" w:type="dxa"/>
          </w:tcPr>
          <w:p w14:paraId="5FF97D09" w14:textId="77777777" w:rsidR="00C05318" w:rsidRDefault="00621973">
            <w:pPr>
              <w:jc w:val="center"/>
            </w:pPr>
            <w:r>
              <w:rPr>
                <w:b/>
              </w:rPr>
              <w:t>Họ và tên</w:t>
            </w:r>
          </w:p>
        </w:tc>
        <w:tc>
          <w:tcPr>
            <w:tcW w:w="1994" w:type="dxa"/>
          </w:tcPr>
          <w:p w14:paraId="013EAEFF" w14:textId="77777777" w:rsidR="00C05318" w:rsidRDefault="00621973">
            <w:pPr>
              <w:jc w:val="center"/>
            </w:pPr>
            <w:r>
              <w:rPr>
                <w:b/>
              </w:rPr>
              <w:t>Số thẻ căn cước công dân/ thẻ căn cước/ giấy chứng nhận căn cước/ tài khoản định danh điện tử (VneID)/ hộ chiếu</w:t>
            </w:r>
          </w:p>
        </w:tc>
        <w:tc>
          <w:tcPr>
            <w:tcW w:w="1994" w:type="dxa"/>
          </w:tcPr>
          <w:p w14:paraId="5CCC0F41" w14:textId="77777777" w:rsidR="00C05318" w:rsidRDefault="00621973">
            <w:pPr>
              <w:jc w:val="center"/>
            </w:pPr>
            <w:r>
              <w:rPr>
                <w:b/>
              </w:rPr>
              <w:t>Lý do, mục đích yêu cầu cung cấp thông tin</w:t>
            </w:r>
          </w:p>
        </w:tc>
        <w:tc>
          <w:tcPr>
            <w:tcW w:w="1994" w:type="dxa"/>
          </w:tcPr>
          <w:p w14:paraId="1B72074F" w14:textId="77777777" w:rsidR="00C05318" w:rsidRDefault="00621973">
            <w:pPr>
              <w:jc w:val="center"/>
            </w:pPr>
            <w:r>
              <w:rPr>
                <w:b/>
              </w:rPr>
              <w:t>Ký tên</w:t>
            </w:r>
          </w:p>
        </w:tc>
      </w:tr>
      <w:tr w:rsidR="00C05318" w14:paraId="5B782FF6" w14:textId="77777777">
        <w:tc>
          <w:tcPr>
            <w:tcW w:w="1994" w:type="dxa"/>
          </w:tcPr>
          <w:p w14:paraId="0ECCD2C3" w14:textId="77777777" w:rsidR="00C05318" w:rsidRDefault="00621973">
            <w:pPr>
              <w:jc w:val="center"/>
            </w:pPr>
            <w:r>
              <w:t>1</w:t>
            </w:r>
          </w:p>
        </w:tc>
        <w:tc>
          <w:tcPr>
            <w:tcW w:w="1994" w:type="dxa"/>
          </w:tcPr>
          <w:p w14:paraId="62BE309F" w14:textId="77777777" w:rsidR="00C05318" w:rsidRDefault="00C05318"/>
        </w:tc>
        <w:tc>
          <w:tcPr>
            <w:tcW w:w="1994" w:type="dxa"/>
          </w:tcPr>
          <w:p w14:paraId="355C286E" w14:textId="77777777" w:rsidR="00C05318" w:rsidRDefault="00C05318"/>
        </w:tc>
        <w:tc>
          <w:tcPr>
            <w:tcW w:w="1994" w:type="dxa"/>
          </w:tcPr>
          <w:p w14:paraId="2B87CBE5" w14:textId="77777777" w:rsidR="00C05318" w:rsidRDefault="00C05318"/>
        </w:tc>
        <w:tc>
          <w:tcPr>
            <w:tcW w:w="1994" w:type="dxa"/>
          </w:tcPr>
          <w:p w14:paraId="13A5D20E" w14:textId="77777777" w:rsidR="00C05318" w:rsidRDefault="00C05318"/>
        </w:tc>
      </w:tr>
      <w:tr w:rsidR="00C05318" w14:paraId="10731AB6" w14:textId="77777777">
        <w:tc>
          <w:tcPr>
            <w:tcW w:w="1994" w:type="dxa"/>
          </w:tcPr>
          <w:p w14:paraId="2CD4D825" w14:textId="77777777" w:rsidR="00C05318" w:rsidRDefault="00621973">
            <w:pPr>
              <w:jc w:val="center"/>
            </w:pPr>
            <w:r>
              <w:t>2</w:t>
            </w:r>
          </w:p>
        </w:tc>
        <w:tc>
          <w:tcPr>
            <w:tcW w:w="1994" w:type="dxa"/>
          </w:tcPr>
          <w:p w14:paraId="7C74CCDE" w14:textId="77777777" w:rsidR="00C05318" w:rsidRDefault="00C05318"/>
        </w:tc>
        <w:tc>
          <w:tcPr>
            <w:tcW w:w="1994" w:type="dxa"/>
          </w:tcPr>
          <w:p w14:paraId="27E46127" w14:textId="77777777" w:rsidR="00C05318" w:rsidRDefault="00C05318"/>
        </w:tc>
        <w:tc>
          <w:tcPr>
            <w:tcW w:w="1994" w:type="dxa"/>
          </w:tcPr>
          <w:p w14:paraId="7F6FDC6C" w14:textId="77777777" w:rsidR="00C05318" w:rsidRDefault="00C05318"/>
        </w:tc>
        <w:tc>
          <w:tcPr>
            <w:tcW w:w="1994" w:type="dxa"/>
          </w:tcPr>
          <w:p w14:paraId="0168117A" w14:textId="77777777" w:rsidR="00C05318" w:rsidRDefault="00C05318"/>
        </w:tc>
      </w:tr>
      <w:tr w:rsidR="00C05318" w14:paraId="79449552" w14:textId="77777777">
        <w:tc>
          <w:tcPr>
            <w:tcW w:w="1994" w:type="dxa"/>
          </w:tcPr>
          <w:p w14:paraId="2AD48419" w14:textId="77777777" w:rsidR="00C05318" w:rsidRDefault="00621973">
            <w:pPr>
              <w:jc w:val="center"/>
            </w:pPr>
            <w:r>
              <w:t>3</w:t>
            </w:r>
          </w:p>
        </w:tc>
        <w:tc>
          <w:tcPr>
            <w:tcW w:w="1994" w:type="dxa"/>
          </w:tcPr>
          <w:p w14:paraId="35DC791A" w14:textId="77777777" w:rsidR="00C05318" w:rsidRDefault="00C05318"/>
        </w:tc>
        <w:tc>
          <w:tcPr>
            <w:tcW w:w="1994" w:type="dxa"/>
          </w:tcPr>
          <w:p w14:paraId="661EBD9C" w14:textId="77777777" w:rsidR="00C05318" w:rsidRDefault="00C05318"/>
        </w:tc>
        <w:tc>
          <w:tcPr>
            <w:tcW w:w="1994" w:type="dxa"/>
          </w:tcPr>
          <w:p w14:paraId="445D060E" w14:textId="77777777" w:rsidR="00C05318" w:rsidRDefault="00C05318"/>
        </w:tc>
        <w:tc>
          <w:tcPr>
            <w:tcW w:w="1994" w:type="dxa"/>
          </w:tcPr>
          <w:p w14:paraId="3FBE0EA5" w14:textId="77777777" w:rsidR="00C05318" w:rsidRDefault="00C05318"/>
        </w:tc>
      </w:tr>
    </w:tbl>
    <w:p w14:paraId="572172A2" w14:textId="77777777" w:rsidR="00621973" w:rsidRDefault="00621973"/>
    <w:sectPr w:rsidR="00621973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41499471">
    <w:abstractNumId w:val="8"/>
  </w:num>
  <w:num w:numId="2" w16cid:durableId="1739673129">
    <w:abstractNumId w:val="6"/>
  </w:num>
  <w:num w:numId="3" w16cid:durableId="1463577829">
    <w:abstractNumId w:val="5"/>
  </w:num>
  <w:num w:numId="4" w16cid:durableId="1980069828">
    <w:abstractNumId w:val="4"/>
  </w:num>
  <w:num w:numId="5" w16cid:durableId="481313143">
    <w:abstractNumId w:val="7"/>
  </w:num>
  <w:num w:numId="6" w16cid:durableId="1043872820">
    <w:abstractNumId w:val="3"/>
  </w:num>
  <w:num w:numId="7" w16cid:durableId="1157694216">
    <w:abstractNumId w:val="2"/>
  </w:num>
  <w:num w:numId="8" w16cid:durableId="1698778126">
    <w:abstractNumId w:val="1"/>
  </w:num>
  <w:num w:numId="9" w16cid:durableId="153843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21973"/>
    <w:rsid w:val="006E6A4B"/>
    <w:rsid w:val="0096113F"/>
    <w:rsid w:val="00AA1D8D"/>
    <w:rsid w:val="00B47730"/>
    <w:rsid w:val="00B5030A"/>
    <w:rsid w:val="00C05318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27E20A21"/>
  <w14:defaultImageDpi w14:val="330"/>
  <w15:docId w15:val="{A00D5AC9-6BCF-4135-8373-3591868EB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6A4B"/>
    <w:rPr>
      <w:rFonts w:ascii="Times New Roman" w:hAnsi="Times New Roman"/>
      <w:sz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8D01883-213A-49BB-8E66-61BBAE967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epic xd</cp:lastModifiedBy>
  <cp:revision>3</cp:revision>
  <dcterms:created xsi:type="dcterms:W3CDTF">2013-12-23T23:15:00Z</dcterms:created>
  <dcterms:modified xsi:type="dcterms:W3CDTF">2026-09-29T14:54:00Z</dcterms:modified>
  <cp:category/>
</cp:coreProperties>
</file>