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7" w:type="dxa"/>
        <w:tblInd w:w="-318" w:type="dxa"/>
        <w:tblLook w:val="01E0" w:firstRow="1" w:lastRow="1" w:firstColumn="1" w:lastColumn="1" w:noHBand="0" w:noVBand="0"/>
      </w:tblPr>
      <w:tblGrid>
        <w:gridCol w:w="4064"/>
        <w:gridCol w:w="236"/>
        <w:gridCol w:w="5907"/>
      </w:tblGrid>
      <w:tr w:rsidR="00A36C3B" w:rsidRPr="00FC51C0" w14:paraId="407D8DD1" w14:textId="77777777" w:rsidTr="007A3076">
        <w:trPr>
          <w:trHeight w:val="277"/>
        </w:trPr>
        <w:tc>
          <w:tcPr>
            <w:tcW w:w="4064" w:type="dxa"/>
          </w:tcPr>
          <w:p w14:paraId="5A41B25E" w14:textId="77777777" w:rsidR="00A36C3B" w:rsidRPr="008D531D" w:rsidRDefault="00A36C3B" w:rsidP="00E45ABC">
            <w:pPr>
              <w:spacing w:after="0"/>
              <w:jc w:val="center"/>
            </w:pPr>
            <w:r>
              <w:t>SỞ GD&amp;</w:t>
            </w:r>
            <w:r w:rsidRPr="008D531D">
              <w:t>ĐT THANH HÓA</w:t>
            </w:r>
          </w:p>
        </w:tc>
        <w:tc>
          <w:tcPr>
            <w:tcW w:w="236" w:type="dxa"/>
          </w:tcPr>
          <w:p w14:paraId="2564986A" w14:textId="77777777" w:rsidR="00A36C3B" w:rsidRPr="00FC51C0" w:rsidRDefault="00A36C3B" w:rsidP="00E45ABC">
            <w:pPr>
              <w:spacing w:after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907" w:type="dxa"/>
          </w:tcPr>
          <w:p w14:paraId="1F37F34D" w14:textId="77777777" w:rsidR="00A36C3B" w:rsidRPr="00FC51C0" w:rsidRDefault="00A36C3B" w:rsidP="00E45ABC">
            <w:pPr>
              <w:spacing w:after="0"/>
              <w:jc w:val="center"/>
              <w:rPr>
                <w:b/>
                <w:sz w:val="26"/>
                <w:szCs w:val="26"/>
              </w:rPr>
            </w:pPr>
            <w:r w:rsidRPr="00FC51C0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FC51C0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</w:tc>
      </w:tr>
      <w:tr w:rsidR="00A36C3B" w:rsidRPr="00FC51C0" w14:paraId="1380DEB6" w14:textId="77777777" w:rsidTr="00C9608F">
        <w:tc>
          <w:tcPr>
            <w:tcW w:w="4064" w:type="dxa"/>
          </w:tcPr>
          <w:p w14:paraId="2BB65149" w14:textId="5037AC6C" w:rsidR="00A36C3B" w:rsidRPr="00FC51C0" w:rsidRDefault="00A36C3B" w:rsidP="00E45ABC">
            <w:pPr>
              <w:spacing w:after="0"/>
              <w:rPr>
                <w:b/>
                <w:lang w:val="vi-VN"/>
              </w:rPr>
            </w:pPr>
            <w:r w:rsidRPr="00FC51C0">
              <w:rPr>
                <w:b/>
              </w:rPr>
              <w:t>TRƯỜNG</w:t>
            </w:r>
            <w:r w:rsidRPr="00FC51C0">
              <w:rPr>
                <w:b/>
                <w:lang w:val="vi-VN"/>
              </w:rPr>
              <w:t xml:space="preserve"> </w:t>
            </w:r>
            <w:r w:rsidRPr="00FC51C0">
              <w:rPr>
                <w:b/>
              </w:rPr>
              <w:t>THPT ĐÔNG SƠN 1</w:t>
            </w:r>
          </w:p>
        </w:tc>
        <w:tc>
          <w:tcPr>
            <w:tcW w:w="236" w:type="dxa"/>
          </w:tcPr>
          <w:p w14:paraId="0C592681" w14:textId="77777777" w:rsidR="00A36C3B" w:rsidRPr="00FC51C0" w:rsidRDefault="00A36C3B" w:rsidP="00E45ABC">
            <w:pPr>
              <w:spacing w:after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907" w:type="dxa"/>
          </w:tcPr>
          <w:p w14:paraId="5326D331" w14:textId="77777777" w:rsidR="00A36C3B" w:rsidRPr="00FC51C0" w:rsidRDefault="00A36C3B" w:rsidP="00E45ABC">
            <w:pPr>
              <w:spacing w:after="0"/>
              <w:jc w:val="center"/>
              <w:rPr>
                <w:b/>
              </w:rPr>
            </w:pPr>
            <w:proofErr w:type="spellStart"/>
            <w:r w:rsidRPr="00FC51C0">
              <w:rPr>
                <w:b/>
              </w:rPr>
              <w:t>Độc</w:t>
            </w:r>
            <w:proofErr w:type="spellEnd"/>
            <w:r w:rsidRPr="00FC51C0">
              <w:rPr>
                <w:b/>
              </w:rPr>
              <w:t xml:space="preserve"> </w:t>
            </w:r>
            <w:proofErr w:type="spellStart"/>
            <w:r w:rsidRPr="00FC51C0">
              <w:rPr>
                <w:b/>
              </w:rPr>
              <w:t>lập</w:t>
            </w:r>
            <w:proofErr w:type="spellEnd"/>
            <w:r w:rsidRPr="00FC51C0">
              <w:rPr>
                <w:b/>
              </w:rPr>
              <w:t xml:space="preserve"> - </w:t>
            </w:r>
            <w:proofErr w:type="spellStart"/>
            <w:r w:rsidRPr="00FC51C0">
              <w:rPr>
                <w:b/>
              </w:rPr>
              <w:t>Tự</w:t>
            </w:r>
            <w:proofErr w:type="spellEnd"/>
            <w:r w:rsidRPr="00FC51C0">
              <w:rPr>
                <w:b/>
              </w:rPr>
              <w:t xml:space="preserve"> do - </w:t>
            </w:r>
            <w:proofErr w:type="spellStart"/>
            <w:r w:rsidRPr="00FC51C0">
              <w:rPr>
                <w:b/>
              </w:rPr>
              <w:t>Hạnh</w:t>
            </w:r>
            <w:proofErr w:type="spellEnd"/>
            <w:r w:rsidRPr="00FC51C0">
              <w:rPr>
                <w:b/>
              </w:rPr>
              <w:t xml:space="preserve"> </w:t>
            </w:r>
            <w:proofErr w:type="spellStart"/>
            <w:r w:rsidRPr="00FC51C0">
              <w:rPr>
                <w:b/>
              </w:rPr>
              <w:t>phúc</w:t>
            </w:r>
            <w:proofErr w:type="spellEnd"/>
          </w:p>
        </w:tc>
      </w:tr>
      <w:tr w:rsidR="00A36C3B" w:rsidRPr="00FC51C0" w14:paraId="73EB78F5" w14:textId="77777777" w:rsidTr="00C9608F">
        <w:tc>
          <w:tcPr>
            <w:tcW w:w="4064" w:type="dxa"/>
          </w:tcPr>
          <w:p w14:paraId="51ECB2C6" w14:textId="13842978" w:rsidR="00A36C3B" w:rsidRPr="00FC51C0" w:rsidRDefault="00A36C3B" w:rsidP="00C9608F">
            <w:pPr>
              <w:jc w:val="center"/>
              <w:rPr>
                <w:b/>
                <w:sz w:val="22"/>
              </w:rPr>
            </w:pPr>
            <w:r w:rsidRPr="00FC51C0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0EEC72" wp14:editId="5D2CE109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14766</wp:posOffset>
                      </wp:positionV>
                      <wp:extent cx="1565910" cy="0"/>
                      <wp:effectExtent l="0" t="0" r="0" b="0"/>
                      <wp:wrapNone/>
                      <wp:docPr id="1834074813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659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7F213C"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8pt,1.15pt" to="158.1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"/>
                  </w:pict>
                </mc:Fallback>
              </mc:AlternateContent>
            </w:r>
          </w:p>
          <w:p w14:paraId="00933ACA" w14:textId="71183B0D" w:rsidR="00A36C3B" w:rsidRPr="00CA6BAE" w:rsidRDefault="00A36C3B" w:rsidP="00C9608F">
            <w:pPr>
              <w:jc w:val="center"/>
              <w:rPr>
                <w:sz w:val="26"/>
                <w:szCs w:val="26"/>
              </w:rPr>
            </w:pPr>
            <w:proofErr w:type="spellStart"/>
            <w:r w:rsidRPr="00CA6BAE">
              <w:rPr>
                <w:sz w:val="26"/>
                <w:szCs w:val="26"/>
              </w:rPr>
              <w:t>Số</w:t>
            </w:r>
            <w:proofErr w:type="spellEnd"/>
            <w:r w:rsidRPr="00CA6BAE">
              <w:rPr>
                <w:sz w:val="26"/>
                <w:szCs w:val="26"/>
              </w:rPr>
              <w:t xml:space="preserve">: </w:t>
            </w:r>
            <w:r w:rsidR="00D9710B" w:rsidRPr="00CA6BAE">
              <w:rPr>
                <w:sz w:val="26"/>
                <w:szCs w:val="26"/>
              </w:rPr>
              <w:t>172</w:t>
            </w:r>
            <w:r w:rsidRPr="00CA6BAE">
              <w:rPr>
                <w:sz w:val="26"/>
                <w:szCs w:val="26"/>
              </w:rPr>
              <w:t>/QĐ-THPT ĐS1</w:t>
            </w:r>
          </w:p>
        </w:tc>
        <w:tc>
          <w:tcPr>
            <w:tcW w:w="236" w:type="dxa"/>
          </w:tcPr>
          <w:p w14:paraId="2B42F73B" w14:textId="77777777" w:rsidR="00A36C3B" w:rsidRPr="00FC51C0" w:rsidRDefault="00A36C3B" w:rsidP="00C9608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907" w:type="dxa"/>
          </w:tcPr>
          <w:p w14:paraId="43134D7A" w14:textId="256196A2" w:rsidR="00A36C3B" w:rsidRPr="00FC51C0" w:rsidRDefault="00A36C3B" w:rsidP="00C9608F">
            <w:pPr>
              <w:jc w:val="center"/>
              <w:rPr>
                <w:b/>
                <w:sz w:val="26"/>
                <w:szCs w:val="26"/>
              </w:rPr>
            </w:pPr>
            <w:r w:rsidRPr="00FC51C0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6919659" wp14:editId="2667813E">
                      <wp:simplePos x="0" y="0"/>
                      <wp:positionH relativeFrom="column">
                        <wp:posOffset>755650</wp:posOffset>
                      </wp:positionH>
                      <wp:positionV relativeFrom="paragraph">
                        <wp:posOffset>21751</wp:posOffset>
                      </wp:positionV>
                      <wp:extent cx="1990725" cy="0"/>
                      <wp:effectExtent l="0" t="0" r="0" b="0"/>
                      <wp:wrapNone/>
                      <wp:docPr id="1442780029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0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7182CF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pt,1.7pt" to="216.2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"/>
                  </w:pict>
                </mc:Fallback>
              </mc:AlternateContent>
            </w:r>
          </w:p>
          <w:p w14:paraId="56902BC1" w14:textId="271016B4" w:rsidR="00A36C3B" w:rsidRPr="00FC51C0" w:rsidRDefault="00A36C3B" w:rsidP="00C9608F">
            <w:pPr>
              <w:jc w:val="center"/>
              <w:rPr>
                <w:i/>
              </w:rPr>
            </w:pPr>
            <w:r w:rsidRPr="00FC51C0">
              <w:rPr>
                <w:b/>
                <w:sz w:val="26"/>
                <w:szCs w:val="26"/>
              </w:rPr>
              <w:t xml:space="preserve">       </w:t>
            </w:r>
            <w:r w:rsidRPr="00FC51C0">
              <w:rPr>
                <w:i/>
              </w:rPr>
              <w:t xml:space="preserve">Đông Sơn, </w:t>
            </w:r>
            <w:proofErr w:type="spellStart"/>
            <w:r w:rsidRPr="00FC51C0">
              <w:rPr>
                <w:i/>
              </w:rPr>
              <w:t>ngày</w:t>
            </w:r>
            <w:proofErr w:type="spellEnd"/>
            <w:r w:rsidRPr="00FC51C0">
              <w:rPr>
                <w:i/>
              </w:rPr>
              <w:t xml:space="preserve"> </w:t>
            </w:r>
            <w:r>
              <w:rPr>
                <w:i/>
              </w:rPr>
              <w:t xml:space="preserve">30 </w:t>
            </w:r>
            <w:r w:rsidRPr="00FC51C0">
              <w:rPr>
                <w:i/>
              </w:rPr>
              <w:t xml:space="preserve"> </w:t>
            </w:r>
            <w:proofErr w:type="spellStart"/>
            <w:r w:rsidRPr="00FC51C0">
              <w:rPr>
                <w:i/>
              </w:rPr>
              <w:t>tháng</w:t>
            </w:r>
            <w:proofErr w:type="spellEnd"/>
            <w:r w:rsidRPr="00FC51C0">
              <w:rPr>
                <w:i/>
              </w:rPr>
              <w:t xml:space="preserve"> </w:t>
            </w:r>
            <w:r>
              <w:rPr>
                <w:i/>
              </w:rPr>
              <w:t>6</w:t>
            </w:r>
            <w:r w:rsidRPr="00FC51C0">
              <w:rPr>
                <w:i/>
              </w:rPr>
              <w:t xml:space="preserve"> </w:t>
            </w:r>
            <w:proofErr w:type="spellStart"/>
            <w:r w:rsidRPr="00FC51C0">
              <w:rPr>
                <w:i/>
              </w:rPr>
              <w:t>năm</w:t>
            </w:r>
            <w:proofErr w:type="spellEnd"/>
            <w:r w:rsidRPr="00FC51C0">
              <w:rPr>
                <w:i/>
              </w:rPr>
              <w:t xml:space="preserve"> 2026</w:t>
            </w:r>
          </w:p>
        </w:tc>
      </w:tr>
    </w:tbl>
    <w:p w14:paraId="754DF410" w14:textId="77777777" w:rsidR="00A213F3" w:rsidRPr="00A36C3B" w:rsidRDefault="00E45ABC" w:rsidP="005B2C7F">
      <w:pPr>
        <w:spacing w:after="0" w:line="360" w:lineRule="exact"/>
        <w:jc w:val="center"/>
        <w:rPr>
          <w:szCs w:val="28"/>
        </w:rPr>
      </w:pPr>
      <w:r w:rsidRPr="00A36C3B">
        <w:rPr>
          <w:b/>
          <w:szCs w:val="28"/>
        </w:rPr>
        <w:t>BIÊN BẢN</w:t>
      </w:r>
    </w:p>
    <w:p w14:paraId="4A98F0FD" w14:textId="04B52952" w:rsidR="00A213F3" w:rsidRPr="00A36C3B" w:rsidRDefault="00E45ABC" w:rsidP="005B2C7F">
      <w:pPr>
        <w:spacing w:after="0" w:line="360" w:lineRule="exact"/>
        <w:jc w:val="center"/>
        <w:rPr>
          <w:szCs w:val="28"/>
        </w:rPr>
      </w:pPr>
      <w:proofErr w:type="spellStart"/>
      <w:r w:rsidRPr="00A36C3B">
        <w:rPr>
          <w:b/>
          <w:szCs w:val="28"/>
        </w:rPr>
        <w:t>Về</w:t>
      </w:r>
      <w:proofErr w:type="spellEnd"/>
      <w:r w:rsidRPr="00A36C3B">
        <w:rPr>
          <w:b/>
          <w:szCs w:val="28"/>
        </w:rPr>
        <w:t xml:space="preserve"> </w:t>
      </w:r>
      <w:proofErr w:type="spellStart"/>
      <w:r w:rsidRPr="00A36C3B">
        <w:rPr>
          <w:b/>
          <w:szCs w:val="28"/>
        </w:rPr>
        <w:t>việc</w:t>
      </w:r>
      <w:proofErr w:type="spellEnd"/>
      <w:r w:rsidRPr="00A36C3B">
        <w:rPr>
          <w:b/>
          <w:szCs w:val="28"/>
        </w:rPr>
        <w:t xml:space="preserve"> </w:t>
      </w:r>
      <w:proofErr w:type="spellStart"/>
      <w:r w:rsidRPr="00A36C3B">
        <w:rPr>
          <w:b/>
          <w:szCs w:val="28"/>
        </w:rPr>
        <w:t>công</w:t>
      </w:r>
      <w:proofErr w:type="spellEnd"/>
      <w:r w:rsidRPr="00A36C3B">
        <w:rPr>
          <w:b/>
          <w:szCs w:val="28"/>
        </w:rPr>
        <w:t xml:space="preserve"> </w:t>
      </w:r>
      <w:proofErr w:type="spellStart"/>
      <w:r w:rsidRPr="00A36C3B">
        <w:rPr>
          <w:b/>
          <w:szCs w:val="28"/>
        </w:rPr>
        <w:t>khai</w:t>
      </w:r>
      <w:proofErr w:type="spellEnd"/>
      <w:r w:rsidRPr="00A36C3B">
        <w:rPr>
          <w:b/>
          <w:szCs w:val="28"/>
        </w:rPr>
        <w:t xml:space="preserve"> </w:t>
      </w:r>
      <w:proofErr w:type="spellStart"/>
      <w:r w:rsidRPr="00A36C3B">
        <w:rPr>
          <w:b/>
          <w:szCs w:val="28"/>
        </w:rPr>
        <w:t>năm</w:t>
      </w:r>
      <w:proofErr w:type="spellEnd"/>
      <w:r w:rsidRPr="00A36C3B">
        <w:rPr>
          <w:b/>
          <w:szCs w:val="28"/>
        </w:rPr>
        <w:t xml:space="preserve"> </w:t>
      </w:r>
      <w:proofErr w:type="spellStart"/>
      <w:r w:rsidRPr="00A36C3B">
        <w:rPr>
          <w:b/>
          <w:szCs w:val="28"/>
        </w:rPr>
        <w:t>học</w:t>
      </w:r>
      <w:proofErr w:type="spellEnd"/>
      <w:r w:rsidRPr="00A36C3B">
        <w:rPr>
          <w:b/>
          <w:szCs w:val="28"/>
        </w:rPr>
        <w:t xml:space="preserve"> 202</w:t>
      </w:r>
      <w:r w:rsidR="00A36C3B" w:rsidRPr="00A36C3B">
        <w:rPr>
          <w:b/>
          <w:szCs w:val="28"/>
        </w:rPr>
        <w:t>5</w:t>
      </w:r>
      <w:r w:rsidRPr="00A36C3B">
        <w:rPr>
          <w:b/>
          <w:szCs w:val="28"/>
        </w:rPr>
        <w:t>-202</w:t>
      </w:r>
      <w:r w:rsidR="00A36C3B" w:rsidRPr="00A36C3B">
        <w:rPr>
          <w:b/>
          <w:szCs w:val="28"/>
        </w:rPr>
        <w:t>6</w:t>
      </w:r>
    </w:p>
    <w:p w14:paraId="6861F865" w14:textId="77777777" w:rsidR="00A213F3" w:rsidRPr="00A36C3B" w:rsidRDefault="00E45ABC" w:rsidP="005B2C7F">
      <w:pPr>
        <w:spacing w:after="0" w:line="360" w:lineRule="exact"/>
        <w:jc w:val="center"/>
        <w:rPr>
          <w:szCs w:val="28"/>
        </w:rPr>
      </w:pPr>
      <w:r w:rsidRPr="00A36C3B">
        <w:rPr>
          <w:szCs w:val="28"/>
        </w:rPr>
        <w:t xml:space="preserve">(Theo Thông </w:t>
      </w:r>
      <w:proofErr w:type="spellStart"/>
      <w:r w:rsidRPr="00A36C3B">
        <w:rPr>
          <w:szCs w:val="28"/>
        </w:rPr>
        <w:t>tư</w:t>
      </w:r>
      <w:proofErr w:type="spellEnd"/>
      <w:r w:rsidRPr="00A36C3B">
        <w:rPr>
          <w:szCs w:val="28"/>
        </w:rPr>
        <w:t xml:space="preserve"> </w:t>
      </w:r>
      <w:proofErr w:type="spellStart"/>
      <w:r w:rsidRPr="00A36C3B">
        <w:rPr>
          <w:szCs w:val="28"/>
        </w:rPr>
        <w:t>số</w:t>
      </w:r>
      <w:proofErr w:type="spellEnd"/>
      <w:r w:rsidRPr="00A36C3B">
        <w:rPr>
          <w:szCs w:val="28"/>
        </w:rPr>
        <w:t xml:space="preserve"> 09/2024/TT-BGDĐT)</w:t>
      </w:r>
    </w:p>
    <w:p w14:paraId="3049A73D" w14:textId="77777777" w:rsidR="00A36C3B" w:rsidRDefault="00A36C3B" w:rsidP="005B2C7F">
      <w:pPr>
        <w:spacing w:after="0" w:line="360" w:lineRule="exact"/>
        <w:ind w:firstLine="567"/>
        <w:jc w:val="both"/>
        <w:rPr>
          <w:i/>
          <w:iCs/>
        </w:rPr>
      </w:pPr>
    </w:p>
    <w:p w14:paraId="11831668" w14:textId="34FEDBF9" w:rsidR="00A213F3" w:rsidRPr="005B2C7F" w:rsidRDefault="00E45ABC" w:rsidP="005B2C7F">
      <w:pPr>
        <w:spacing w:after="0" w:line="360" w:lineRule="exact"/>
        <w:ind w:firstLine="567"/>
        <w:jc w:val="both"/>
        <w:rPr>
          <w:i/>
          <w:iCs/>
        </w:rPr>
      </w:pPr>
      <w:proofErr w:type="spellStart"/>
      <w:r w:rsidRPr="005B2C7F">
        <w:rPr>
          <w:i/>
          <w:iCs/>
        </w:rPr>
        <w:t>Căn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cứ</w:t>
      </w:r>
      <w:proofErr w:type="spellEnd"/>
      <w:r w:rsidRPr="005B2C7F">
        <w:rPr>
          <w:i/>
          <w:iCs/>
        </w:rPr>
        <w:t xml:space="preserve"> Thông </w:t>
      </w:r>
      <w:proofErr w:type="spellStart"/>
      <w:r w:rsidRPr="005B2C7F">
        <w:rPr>
          <w:i/>
          <w:iCs/>
        </w:rPr>
        <w:t>tư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số</w:t>
      </w:r>
      <w:proofErr w:type="spellEnd"/>
      <w:r w:rsidRPr="005B2C7F">
        <w:rPr>
          <w:i/>
          <w:iCs/>
        </w:rPr>
        <w:t xml:space="preserve"> 09/2024/TT-BGDĐT </w:t>
      </w:r>
      <w:proofErr w:type="spellStart"/>
      <w:r w:rsidRPr="005B2C7F">
        <w:rPr>
          <w:i/>
          <w:iCs/>
        </w:rPr>
        <w:t>ngày</w:t>
      </w:r>
      <w:proofErr w:type="spellEnd"/>
      <w:r w:rsidRPr="005B2C7F">
        <w:rPr>
          <w:i/>
          <w:iCs/>
        </w:rPr>
        <w:t xml:space="preserve"> 03 </w:t>
      </w:r>
      <w:proofErr w:type="spellStart"/>
      <w:r w:rsidRPr="005B2C7F">
        <w:rPr>
          <w:i/>
          <w:iCs/>
        </w:rPr>
        <w:t>tháng</w:t>
      </w:r>
      <w:proofErr w:type="spellEnd"/>
      <w:r w:rsidRPr="005B2C7F">
        <w:rPr>
          <w:i/>
          <w:iCs/>
        </w:rPr>
        <w:t xml:space="preserve"> 6 </w:t>
      </w:r>
      <w:proofErr w:type="spellStart"/>
      <w:r w:rsidRPr="005B2C7F">
        <w:rPr>
          <w:i/>
          <w:iCs/>
        </w:rPr>
        <w:t>năm</w:t>
      </w:r>
      <w:proofErr w:type="spellEnd"/>
      <w:r w:rsidRPr="005B2C7F">
        <w:rPr>
          <w:i/>
          <w:iCs/>
        </w:rPr>
        <w:t xml:space="preserve"> 2024 </w:t>
      </w:r>
      <w:proofErr w:type="spellStart"/>
      <w:r w:rsidRPr="005B2C7F">
        <w:rPr>
          <w:i/>
          <w:iCs/>
        </w:rPr>
        <w:t>của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Bộ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Giáo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dục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và</w:t>
      </w:r>
      <w:proofErr w:type="spellEnd"/>
      <w:r w:rsidRPr="005B2C7F">
        <w:rPr>
          <w:i/>
          <w:iCs/>
        </w:rPr>
        <w:t xml:space="preserve"> Đào </w:t>
      </w:r>
      <w:proofErr w:type="spellStart"/>
      <w:r w:rsidRPr="005B2C7F">
        <w:rPr>
          <w:i/>
          <w:iCs/>
        </w:rPr>
        <w:t>tạo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quy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định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về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công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khai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trong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hoạt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động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của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các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cơ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sở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giáo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dục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thuộc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hệ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thống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giáo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dục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quốc</w:t>
      </w:r>
      <w:proofErr w:type="spellEnd"/>
      <w:r w:rsidRPr="005B2C7F">
        <w:rPr>
          <w:i/>
          <w:iCs/>
        </w:rPr>
        <w:t xml:space="preserve"> </w:t>
      </w:r>
      <w:proofErr w:type="spellStart"/>
      <w:r w:rsidRPr="005B2C7F">
        <w:rPr>
          <w:i/>
          <w:iCs/>
        </w:rPr>
        <w:t>dân</w:t>
      </w:r>
      <w:proofErr w:type="spellEnd"/>
      <w:r w:rsidRPr="005B2C7F">
        <w:rPr>
          <w:i/>
          <w:iCs/>
        </w:rPr>
        <w:t>;</w:t>
      </w:r>
    </w:p>
    <w:p w14:paraId="6CFF53D8" w14:textId="4ED8BECB" w:rsidR="00A213F3" w:rsidRPr="00A36C3B" w:rsidRDefault="00E45ABC" w:rsidP="005B2C7F">
      <w:pPr>
        <w:spacing w:after="0" w:line="360" w:lineRule="exact"/>
        <w:ind w:firstLine="567"/>
        <w:jc w:val="both"/>
        <w:rPr>
          <w:i/>
          <w:iCs/>
        </w:rPr>
      </w:pPr>
      <w:proofErr w:type="spellStart"/>
      <w:r w:rsidRPr="00A36C3B">
        <w:rPr>
          <w:i/>
          <w:iCs/>
        </w:rPr>
        <w:t>Thực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hiện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các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văn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bản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hướng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dẫn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của</w:t>
      </w:r>
      <w:proofErr w:type="spellEnd"/>
      <w:r w:rsidRPr="00A36C3B">
        <w:rPr>
          <w:i/>
          <w:iCs/>
        </w:rPr>
        <w:t xml:space="preserve"> </w:t>
      </w:r>
      <w:proofErr w:type="spellStart"/>
      <w:r w:rsidR="00A36C3B">
        <w:rPr>
          <w:i/>
          <w:iCs/>
        </w:rPr>
        <w:t>Sở</w:t>
      </w:r>
      <w:proofErr w:type="spellEnd"/>
      <w:r w:rsidR="00A36C3B">
        <w:rPr>
          <w:i/>
          <w:iCs/>
        </w:rPr>
        <w:t xml:space="preserve"> GD&amp;ĐT Thanh </w:t>
      </w:r>
      <w:proofErr w:type="spellStart"/>
      <w:r w:rsidR="00A36C3B">
        <w:rPr>
          <w:i/>
          <w:iCs/>
        </w:rPr>
        <w:t>Hoá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về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việc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thực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hiện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công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khai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theo</w:t>
      </w:r>
      <w:proofErr w:type="spellEnd"/>
      <w:r w:rsidRPr="00A36C3B">
        <w:rPr>
          <w:i/>
          <w:iCs/>
        </w:rPr>
        <w:t xml:space="preserve"> Thông </w:t>
      </w:r>
      <w:proofErr w:type="spellStart"/>
      <w:r w:rsidRPr="00A36C3B">
        <w:rPr>
          <w:i/>
          <w:iCs/>
        </w:rPr>
        <w:t>tư</w:t>
      </w:r>
      <w:proofErr w:type="spellEnd"/>
      <w:r w:rsidRPr="00A36C3B">
        <w:rPr>
          <w:i/>
          <w:iCs/>
        </w:rPr>
        <w:t xml:space="preserve"> </w:t>
      </w:r>
      <w:proofErr w:type="spellStart"/>
      <w:r w:rsidRPr="00A36C3B">
        <w:rPr>
          <w:i/>
          <w:iCs/>
        </w:rPr>
        <w:t>số</w:t>
      </w:r>
      <w:proofErr w:type="spellEnd"/>
      <w:r w:rsidRPr="00A36C3B">
        <w:rPr>
          <w:i/>
          <w:iCs/>
        </w:rPr>
        <w:t xml:space="preserve"> 09/2024/TT-BGDĐT;</w:t>
      </w:r>
    </w:p>
    <w:p w14:paraId="1A406AED" w14:textId="0A7DD356" w:rsidR="00A213F3" w:rsidRDefault="00E45ABC" w:rsidP="005B2C7F">
      <w:pPr>
        <w:spacing w:after="0" w:line="360" w:lineRule="exact"/>
        <w:ind w:firstLine="567"/>
        <w:jc w:val="both"/>
      </w:pPr>
      <w:proofErr w:type="spellStart"/>
      <w:r w:rsidRPr="00A36C3B">
        <w:t>Hôm</w:t>
      </w:r>
      <w:proofErr w:type="spellEnd"/>
      <w:r w:rsidRPr="00A36C3B">
        <w:t xml:space="preserve"> nay, </w:t>
      </w:r>
      <w:proofErr w:type="spellStart"/>
      <w:r w:rsidRPr="00A36C3B">
        <w:t>vào</w:t>
      </w:r>
      <w:proofErr w:type="spellEnd"/>
      <w:r w:rsidRPr="00A36C3B">
        <w:t xml:space="preserve"> </w:t>
      </w:r>
      <w:proofErr w:type="spellStart"/>
      <w:r w:rsidRPr="00A36C3B">
        <w:t>lúc</w:t>
      </w:r>
      <w:proofErr w:type="spellEnd"/>
      <w:r w:rsidRPr="00A36C3B">
        <w:t xml:space="preserve"> </w:t>
      </w:r>
      <w:r w:rsidR="00A36C3B" w:rsidRPr="00A36C3B">
        <w:t>8</w:t>
      </w:r>
      <w:r w:rsidRPr="00A36C3B">
        <w:t xml:space="preserve"> </w:t>
      </w:r>
      <w:proofErr w:type="spellStart"/>
      <w:r w:rsidRPr="00A36C3B">
        <w:t>giờ</w:t>
      </w:r>
      <w:proofErr w:type="spellEnd"/>
      <w:r w:rsidRPr="00A36C3B">
        <w:t xml:space="preserve"> </w:t>
      </w:r>
      <w:r w:rsidR="00A36C3B" w:rsidRPr="00A36C3B">
        <w:t>00</w:t>
      </w:r>
      <w:r w:rsidRPr="00A36C3B">
        <w:t xml:space="preserve"> </w:t>
      </w:r>
      <w:proofErr w:type="spellStart"/>
      <w:r w:rsidRPr="00A36C3B">
        <w:t>phút</w:t>
      </w:r>
      <w:proofErr w:type="spellEnd"/>
      <w:r w:rsidRPr="00A36C3B">
        <w:t xml:space="preserve">, </w:t>
      </w:r>
      <w:proofErr w:type="spellStart"/>
      <w:r w:rsidRPr="00A36C3B">
        <w:t>ngày</w:t>
      </w:r>
      <w:proofErr w:type="spellEnd"/>
      <w:r w:rsidRPr="00A36C3B">
        <w:t xml:space="preserve"> </w:t>
      </w:r>
      <w:r w:rsidR="00A36C3B" w:rsidRPr="00A36C3B">
        <w:t>30</w:t>
      </w:r>
      <w:r w:rsidRPr="00A36C3B">
        <w:t xml:space="preserve"> </w:t>
      </w:r>
      <w:proofErr w:type="spellStart"/>
      <w:r w:rsidRPr="00A36C3B">
        <w:t>tháng</w:t>
      </w:r>
      <w:proofErr w:type="spellEnd"/>
      <w:r w:rsidRPr="00A36C3B">
        <w:t xml:space="preserve"> </w:t>
      </w:r>
      <w:r w:rsidR="00A36C3B" w:rsidRPr="00A36C3B">
        <w:t>6</w:t>
      </w:r>
      <w:r w:rsidRPr="00A36C3B">
        <w:t xml:space="preserve"> </w:t>
      </w:r>
      <w:proofErr w:type="spellStart"/>
      <w:r w:rsidRPr="00A36C3B">
        <w:t>năm</w:t>
      </w:r>
      <w:proofErr w:type="spellEnd"/>
      <w:r w:rsidRPr="00A36C3B">
        <w:t xml:space="preserve"> 202</w:t>
      </w:r>
      <w:r w:rsidR="005B2C7F" w:rsidRPr="00A36C3B">
        <w:t>6</w:t>
      </w:r>
      <w:r w:rsidRPr="00A36C3B">
        <w:t xml:space="preserve">, </w:t>
      </w:r>
      <w:proofErr w:type="spellStart"/>
      <w:r w:rsidRPr="00A36C3B">
        <w:t>tại</w:t>
      </w:r>
      <w:proofErr w:type="spellEnd"/>
      <w:r w:rsidRPr="00A36C3B">
        <w:t xml:space="preserve"> </w:t>
      </w:r>
      <w:r>
        <w:t>Trường THPT Đông Sơn 1.</w:t>
      </w:r>
    </w:p>
    <w:p w14:paraId="3452B77A" w14:textId="2C13E9B6" w:rsidR="00A213F3" w:rsidRPr="0037472F" w:rsidRDefault="0037472F" w:rsidP="0037472F">
      <w:pPr>
        <w:spacing w:after="0" w:line="360" w:lineRule="exact"/>
        <w:ind w:firstLine="360"/>
        <w:jc w:val="both"/>
        <w:rPr>
          <w:b/>
        </w:rPr>
      </w:pPr>
      <w:r>
        <w:rPr>
          <w:b/>
        </w:rPr>
        <w:t>I.</w:t>
      </w:r>
      <w:r w:rsidRPr="0037472F">
        <w:rPr>
          <w:b/>
        </w:rPr>
        <w:t>THÀNH PHẦN THAM DỰ</w:t>
      </w:r>
    </w:p>
    <w:p w14:paraId="371C13EB" w14:textId="77777777" w:rsidR="00A36C3B" w:rsidRDefault="00A36C3B" w:rsidP="00A36C3B">
      <w:pPr>
        <w:spacing w:after="0" w:line="360" w:lineRule="exact"/>
        <w:ind w:left="360"/>
        <w:jc w:val="both"/>
      </w:pPr>
      <w:r>
        <w:t xml:space="preserve">1. </w:t>
      </w:r>
      <w:proofErr w:type="spellStart"/>
      <w:r>
        <w:t>Bà</w:t>
      </w:r>
      <w:proofErr w:type="spellEnd"/>
      <w:r>
        <w:t xml:space="preserve"> Nguyễn Thị Hà, Hiệu </w:t>
      </w:r>
      <w:proofErr w:type="spellStart"/>
      <w:r>
        <w:t>trưởng</w:t>
      </w:r>
      <w:proofErr w:type="spellEnd"/>
      <w:r>
        <w:t>.</w:t>
      </w:r>
    </w:p>
    <w:p w14:paraId="4B34FAE8" w14:textId="77777777" w:rsidR="00A36C3B" w:rsidRDefault="00A36C3B" w:rsidP="00A36C3B">
      <w:pPr>
        <w:spacing w:after="0" w:line="360" w:lineRule="exact"/>
        <w:ind w:firstLine="360"/>
        <w:jc w:val="both"/>
      </w:pPr>
      <w:r>
        <w:t xml:space="preserve">2. </w:t>
      </w:r>
      <w:proofErr w:type="spellStart"/>
      <w:r>
        <w:t>Ông</w:t>
      </w:r>
      <w:proofErr w:type="spellEnd"/>
      <w:r>
        <w:t xml:space="preserve"> Nguyễn Tài Khôi, </w:t>
      </w:r>
      <w:proofErr w:type="spellStart"/>
      <w:r>
        <w:t>Phó</w:t>
      </w:r>
      <w:proofErr w:type="spellEnd"/>
      <w:r>
        <w:t xml:space="preserve"> Hiệu </w:t>
      </w:r>
      <w:proofErr w:type="spellStart"/>
      <w:r>
        <w:t>trưởng</w:t>
      </w:r>
      <w:proofErr w:type="spellEnd"/>
      <w:r>
        <w:t>.</w:t>
      </w:r>
    </w:p>
    <w:p w14:paraId="4A8A7CA2" w14:textId="77777777" w:rsidR="00A36C3B" w:rsidRDefault="00A36C3B" w:rsidP="00A36C3B">
      <w:pPr>
        <w:spacing w:after="0" w:line="360" w:lineRule="exact"/>
        <w:ind w:firstLine="360"/>
        <w:jc w:val="both"/>
      </w:pPr>
      <w:r>
        <w:t xml:space="preserve">3. </w:t>
      </w:r>
      <w:proofErr w:type="spellStart"/>
      <w:r>
        <w:t>Bà</w:t>
      </w:r>
      <w:proofErr w:type="spellEnd"/>
      <w:r>
        <w:t xml:space="preserve"> Lưu Thị Phương, </w:t>
      </w:r>
      <w:proofErr w:type="spellStart"/>
      <w:r>
        <w:t>Phó</w:t>
      </w:r>
      <w:proofErr w:type="spellEnd"/>
      <w:r>
        <w:t xml:space="preserve"> Hiệu </w:t>
      </w:r>
      <w:proofErr w:type="spellStart"/>
      <w:r>
        <w:t>trưởng</w:t>
      </w:r>
      <w:proofErr w:type="spellEnd"/>
      <w:r>
        <w:t>.</w:t>
      </w:r>
    </w:p>
    <w:p w14:paraId="3DDC3156" w14:textId="77777777" w:rsidR="00A36C3B" w:rsidRDefault="00A36C3B" w:rsidP="00A36C3B">
      <w:pPr>
        <w:spacing w:after="0" w:line="360" w:lineRule="exact"/>
        <w:ind w:firstLine="360"/>
        <w:jc w:val="both"/>
      </w:pPr>
      <w:r>
        <w:t xml:space="preserve">4. </w:t>
      </w:r>
      <w:proofErr w:type="spellStart"/>
      <w:r>
        <w:t>Ông</w:t>
      </w:r>
      <w:proofErr w:type="spellEnd"/>
      <w:r>
        <w:t xml:space="preserve"> Lê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Xô</w:t>
      </w:r>
      <w:proofErr w:type="spellEnd"/>
      <w:r>
        <w:t xml:space="preserve">, Thư </w:t>
      </w:r>
      <w:proofErr w:type="spellStart"/>
      <w:r>
        <w:t>ký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</w:p>
    <w:p w14:paraId="435D8BF4" w14:textId="77777777" w:rsidR="00A36C3B" w:rsidRDefault="00A36C3B" w:rsidP="00A36C3B">
      <w:pPr>
        <w:spacing w:after="0" w:line="360" w:lineRule="exact"/>
        <w:ind w:firstLine="360"/>
        <w:jc w:val="both"/>
      </w:pPr>
      <w:r>
        <w:t xml:space="preserve">5. </w:t>
      </w:r>
      <w:proofErr w:type="spellStart"/>
      <w:r>
        <w:t>Ông</w:t>
      </w:r>
      <w:proofErr w:type="spellEnd"/>
      <w:r>
        <w:t xml:space="preserve"> Lê Ngọc Tuyến, </w:t>
      </w:r>
      <w:proofErr w:type="spellStart"/>
      <w:r>
        <w:t>Trưởng</w:t>
      </w:r>
      <w:proofErr w:type="spellEnd"/>
      <w:r>
        <w:t xml:space="preserve"> Ban Thanh </w:t>
      </w:r>
      <w:proofErr w:type="spellStart"/>
      <w:r>
        <w:t>tra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>.</w:t>
      </w:r>
    </w:p>
    <w:p w14:paraId="2DD17850" w14:textId="78ED12B6" w:rsidR="00A36C3B" w:rsidRDefault="00A36C3B" w:rsidP="0037472F">
      <w:pPr>
        <w:spacing w:after="0" w:line="360" w:lineRule="exact"/>
        <w:ind w:firstLine="360"/>
        <w:jc w:val="both"/>
      </w:pPr>
      <w:r>
        <w:t xml:space="preserve">6. </w:t>
      </w:r>
      <w:proofErr w:type="spellStart"/>
      <w:r>
        <w:t>Bà</w:t>
      </w:r>
      <w:proofErr w:type="spellEnd"/>
      <w:r>
        <w:t xml:space="preserve"> Lê Thị Nguyệt,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toán</w:t>
      </w:r>
      <w:proofErr w:type="spellEnd"/>
      <w:r>
        <w:t>.</w:t>
      </w:r>
    </w:p>
    <w:p w14:paraId="645591B2" w14:textId="77777777" w:rsidR="00A213F3" w:rsidRDefault="00E45ABC" w:rsidP="0037472F">
      <w:pPr>
        <w:spacing w:after="0" w:line="360" w:lineRule="exact"/>
        <w:ind w:firstLine="284"/>
        <w:jc w:val="both"/>
      </w:pPr>
      <w:r>
        <w:rPr>
          <w:b/>
        </w:rPr>
        <w:t>II. NỘI DUNG BIÊN BẢN</w:t>
      </w:r>
    </w:p>
    <w:p w14:paraId="1685B746" w14:textId="77777777" w:rsidR="0037472F" w:rsidRDefault="0037472F" w:rsidP="005B2C7F">
      <w:pPr>
        <w:spacing w:after="0" w:line="360" w:lineRule="exact"/>
        <w:ind w:left="567" w:hanging="283"/>
        <w:jc w:val="both"/>
      </w:pPr>
      <w:r>
        <w:t xml:space="preserve">1. Tiến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: Thông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Trường THPT Đông Sơn 1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202</w:t>
      </w:r>
      <w:r w:rsidR="005B2C7F">
        <w:t>5</w:t>
      </w:r>
      <w:r>
        <w:t>-202</w:t>
      </w:r>
      <w:r w:rsidR="005B2C7F">
        <w:t>6</w: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lục</w:t>
      </w:r>
      <w:proofErr w:type="spellEnd"/>
      <w:r>
        <w:t xml:space="preserve">,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theo.</w:t>
      </w:r>
      <w:proofErr w:type="spellEnd"/>
    </w:p>
    <w:p w14:paraId="6298CE35" w14:textId="77777777" w:rsidR="0037472F" w:rsidRDefault="0037472F" w:rsidP="0037472F">
      <w:pPr>
        <w:spacing w:after="0" w:line="360" w:lineRule="exact"/>
        <w:ind w:left="567" w:hanging="283"/>
        <w:jc w:val="both"/>
      </w:pPr>
      <w:r>
        <w:t xml:space="preserve">2.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: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website/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>.</w:t>
      </w:r>
    </w:p>
    <w:p w14:paraId="027114DA" w14:textId="77777777" w:rsidR="0037472F" w:rsidRDefault="0037472F" w:rsidP="0037472F">
      <w:pPr>
        <w:spacing w:after="0" w:line="360" w:lineRule="exact"/>
        <w:ind w:left="567" w:hanging="283"/>
        <w:jc w:val="both"/>
      </w:pPr>
      <w:r>
        <w:t xml:space="preserve">3.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: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của</w:t>
      </w:r>
      <w:proofErr w:type="spellEnd"/>
      <w:r>
        <w:t xml:space="preserve"> Trường THPT Đông Sơn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website/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.</w:t>
      </w:r>
    </w:p>
    <w:p w14:paraId="226210DD" w14:textId="77777777" w:rsidR="0037472F" w:rsidRDefault="0037472F" w:rsidP="0037472F">
      <w:pPr>
        <w:spacing w:after="0" w:line="360" w:lineRule="exact"/>
        <w:ind w:left="567" w:hanging="283"/>
        <w:jc w:val="both"/>
      </w:pPr>
      <w:r>
        <w:t xml:space="preserve">4.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,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: 90 </w:t>
      </w:r>
      <w:proofErr w:type="spellStart"/>
      <w:r>
        <w:t>ngày</w:t>
      </w:r>
      <w:proofErr w:type="spellEnd"/>
      <w:r>
        <w:t xml:space="preserve"> </w:t>
      </w:r>
      <w:r w:rsidRPr="0037472F">
        <w:t>(</w:t>
      </w:r>
      <w:proofErr w:type="spellStart"/>
      <w:r w:rsidRPr="0037472F">
        <w:t>từ</w:t>
      </w:r>
      <w:proofErr w:type="spellEnd"/>
      <w:r w:rsidRPr="0037472F">
        <w:t xml:space="preserve"> </w:t>
      </w:r>
      <w:proofErr w:type="spellStart"/>
      <w:r w:rsidRPr="0037472F">
        <w:t>ngày</w:t>
      </w:r>
      <w:proofErr w:type="spellEnd"/>
      <w:r w:rsidRPr="0037472F">
        <w:t xml:space="preserve"> 30/6/2026 </w:t>
      </w:r>
      <w:proofErr w:type="spellStart"/>
      <w:r w:rsidRPr="0037472F">
        <w:t>đến</w:t>
      </w:r>
      <w:proofErr w:type="spellEnd"/>
      <w:r w:rsidRPr="0037472F">
        <w:t xml:space="preserve"> </w:t>
      </w:r>
      <w:proofErr w:type="spellStart"/>
      <w:r w:rsidRPr="0037472F">
        <w:t>hết</w:t>
      </w:r>
      <w:proofErr w:type="spellEnd"/>
      <w:r w:rsidRPr="0037472F">
        <w:t xml:space="preserve"> </w:t>
      </w:r>
      <w:proofErr w:type="spellStart"/>
      <w:r w:rsidRPr="0037472F">
        <w:t>ngày</w:t>
      </w:r>
      <w:proofErr w:type="spellEnd"/>
      <w:r w:rsidRPr="0037472F">
        <w:t xml:space="preserve"> 30/9/2026).</w:t>
      </w:r>
    </w:p>
    <w:p w14:paraId="67D7D8A8" w14:textId="4B4B1BD4" w:rsidR="00A213F3" w:rsidRDefault="00E45ABC" w:rsidP="0037472F">
      <w:pPr>
        <w:spacing w:after="0" w:line="360" w:lineRule="exact"/>
        <w:ind w:left="567" w:hanging="283"/>
        <w:jc w:val="both"/>
      </w:pP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 w:rsidR="0037472F">
        <w:t>được</w:t>
      </w:r>
      <w:proofErr w:type="spellEnd"/>
      <w:r w:rsidR="0037472F">
        <w:t xml:space="preserve"> </w:t>
      </w:r>
      <w:proofErr w:type="spellStart"/>
      <w:r w:rsidR="0037472F">
        <w:t>lập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="0037472F">
        <w:t>8</w:t>
      </w:r>
      <w:r>
        <w:t xml:space="preserve"> </w:t>
      </w:r>
      <w:proofErr w:type="spellStart"/>
      <w:r>
        <w:t>giờ</w:t>
      </w:r>
      <w:proofErr w:type="spellEnd"/>
      <w:r>
        <w:t xml:space="preserve"> </w:t>
      </w:r>
      <w:r w:rsidR="0037472F">
        <w:t>30</w:t>
      </w:r>
      <w:r>
        <w:t xml:space="preserve"> </w:t>
      </w:r>
      <w:proofErr w:type="spellStart"/>
      <w:r>
        <w:t>phút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.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nghe</w:t>
      </w:r>
      <w:proofErr w:type="spellEnd"/>
      <w:r>
        <w:t xml:space="preserve">,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proofErr w:type="gramStart"/>
      <w:r>
        <w:t>tên</w:t>
      </w:r>
      <w:proofErr w:type="spellEnd"/>
      <w:r>
        <w:t>./</w:t>
      </w:r>
      <w:proofErr w:type="gram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543"/>
        <w:gridCol w:w="4301"/>
      </w:tblGrid>
      <w:tr w:rsidR="00A213F3" w14:paraId="0A36A309" w14:textId="77777777" w:rsidTr="0039593A">
        <w:trPr>
          <w:jc w:val="center"/>
        </w:trPr>
        <w:tc>
          <w:tcPr>
            <w:tcW w:w="3543" w:type="dxa"/>
          </w:tcPr>
          <w:p w14:paraId="5E9F8B28" w14:textId="77777777" w:rsidR="00A213F3" w:rsidRDefault="00E45ABC" w:rsidP="005B2C7F">
            <w:pPr>
              <w:spacing w:after="0" w:line="240" w:lineRule="auto"/>
              <w:jc w:val="center"/>
            </w:pPr>
            <w:r>
              <w:rPr>
                <w:b/>
              </w:rPr>
              <w:t>THƯ KÝ</w:t>
            </w:r>
          </w:p>
        </w:tc>
        <w:tc>
          <w:tcPr>
            <w:tcW w:w="4301" w:type="dxa"/>
          </w:tcPr>
          <w:p w14:paraId="29AA6D7A" w14:textId="66D45C63" w:rsidR="00A213F3" w:rsidRDefault="0039593A" w:rsidP="005B2C7F">
            <w:pPr>
              <w:spacing w:after="0" w:line="240" w:lineRule="auto"/>
              <w:jc w:val="center"/>
            </w:pPr>
            <w:r w:rsidRPr="0039593A">
              <w:rPr>
                <w:rFonts w:cs="Times New Roman"/>
                <w:noProof/>
                <w:sz w:val="22"/>
                <w:lang w:val="vi"/>
              </w:rPr>
              <mc:AlternateContent>
                <mc:Choice Requires="wpg">
                  <w:drawing>
                    <wp:anchor distT="0" distB="0" distL="0" distR="0" simplePos="0" relativeHeight="251660288" behindDoc="0" locked="0" layoutInCell="1" allowOverlap="1" wp14:anchorId="3560181C" wp14:editId="3E967D8D">
                      <wp:simplePos x="0" y="0"/>
                      <wp:positionH relativeFrom="page">
                        <wp:posOffset>56676</wp:posOffset>
                      </wp:positionH>
                      <wp:positionV relativeFrom="paragraph">
                        <wp:posOffset>-85867</wp:posOffset>
                      </wp:positionV>
                      <wp:extent cx="2749550" cy="137795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49550" cy="1377950"/>
                                <a:chOff x="-80973" y="-108641"/>
                                <a:chExt cx="3465261" cy="1778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56964" y="315716"/>
                                  <a:ext cx="2727324" cy="125450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80973" y="-108641"/>
                                  <a:ext cx="1866647" cy="177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D5DBC45" id="Group 4" o:spid="_x0000_s1026" style="position:absolute;margin-left:4.45pt;margin-top:-6.75pt;width:216.5pt;height:108.5pt;z-index:251660288;mso-wrap-distance-left:0;mso-wrap-distance-right:0;mso-position-horizontal-relative:page;mso-width-relative:margin;mso-height-relative:margin" coordorigin="-809,-1086" coordsize="34652,177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7" o:spid="_x0000_s1027" type="#_x0000_t75" style="position:absolute;left:6569;top:3157;width:27273;height:12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">
                        <v:imagedata r:id="rId8" o:title=""/>
                      </v:shape>
                      <v:shape id="Image 8" o:spid="_x0000_s1028" type="#_x0000_t75" style="position:absolute;left:-809;top:-1086;width:18665;height:17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">
                        <v:imagedata r:id="rId9" o:title=""/>
                      </v:shape>
                      <w10:wrap anchorx="page"/>
                    </v:group>
                  </w:pict>
                </mc:Fallback>
              </mc:AlternateContent>
            </w:r>
            <w:r w:rsidR="00E45ABC">
              <w:rPr>
                <w:b/>
              </w:rPr>
              <w:t>HIỆU TRƯỞNG</w:t>
            </w:r>
          </w:p>
        </w:tc>
      </w:tr>
      <w:tr w:rsidR="00A213F3" w14:paraId="54450A2F" w14:textId="77777777" w:rsidTr="0039593A">
        <w:trPr>
          <w:jc w:val="center"/>
        </w:trPr>
        <w:tc>
          <w:tcPr>
            <w:tcW w:w="3543" w:type="dxa"/>
          </w:tcPr>
          <w:p w14:paraId="6D194F35" w14:textId="419DB478" w:rsidR="00A213F3" w:rsidRPr="00453C0A" w:rsidRDefault="00453C0A" w:rsidP="00453C0A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2042172A" wp14:editId="531EC0B8">
                  <wp:extent cx="1657985" cy="518615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5129" cy="536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45ABC" w:rsidRPr="005B2C7F">
              <w:rPr>
                <w:b/>
                <w:bCs/>
              </w:rPr>
              <w:br/>
            </w:r>
            <w:r w:rsidR="00E45ABC" w:rsidRPr="005B2C7F">
              <w:rPr>
                <w:b/>
                <w:bCs/>
              </w:rPr>
              <w:br/>
            </w:r>
            <w:r w:rsidR="00E45ABC" w:rsidRPr="005B2C7F">
              <w:rPr>
                <w:b/>
                <w:bCs/>
              </w:rPr>
              <w:br/>
            </w:r>
            <w:r>
              <w:rPr>
                <w:b/>
                <w:bCs/>
              </w:rPr>
              <w:t xml:space="preserve">               </w:t>
            </w:r>
            <w:r w:rsidR="005B2C7F" w:rsidRPr="005B2C7F">
              <w:rPr>
                <w:b/>
                <w:bCs/>
              </w:rPr>
              <w:t>Lê Đình Xô</w:t>
            </w:r>
          </w:p>
        </w:tc>
        <w:tc>
          <w:tcPr>
            <w:tcW w:w="4301" w:type="dxa"/>
          </w:tcPr>
          <w:p w14:paraId="2E3EF8B5" w14:textId="69185DD3" w:rsidR="00453C0A" w:rsidRDefault="00E45ABC" w:rsidP="005B2C7F">
            <w:pPr>
              <w:spacing w:after="0" w:line="240" w:lineRule="auto"/>
              <w:jc w:val="center"/>
              <w:rPr>
                <w:b/>
                <w:bCs/>
                <w:lang w:val="vi-VN"/>
              </w:rPr>
            </w:pPr>
            <w:r w:rsidRPr="005B2C7F">
              <w:rPr>
                <w:b/>
                <w:bCs/>
              </w:rPr>
              <w:br/>
            </w:r>
            <w:r w:rsidRPr="005B2C7F">
              <w:rPr>
                <w:b/>
                <w:bCs/>
              </w:rPr>
              <w:br/>
            </w:r>
            <w:r w:rsidRPr="005B2C7F">
              <w:rPr>
                <w:b/>
                <w:bCs/>
              </w:rPr>
              <w:br/>
            </w:r>
          </w:p>
          <w:p w14:paraId="7F009445" w14:textId="5DD42291" w:rsidR="00A213F3" w:rsidRPr="005B2C7F" w:rsidRDefault="005B2C7F" w:rsidP="005B2C7F">
            <w:pPr>
              <w:spacing w:after="0" w:line="240" w:lineRule="auto"/>
              <w:jc w:val="center"/>
              <w:rPr>
                <w:b/>
                <w:bCs/>
              </w:rPr>
            </w:pPr>
            <w:r w:rsidRPr="005B2C7F">
              <w:rPr>
                <w:b/>
                <w:bCs/>
              </w:rPr>
              <w:t xml:space="preserve">Nguyễn Thị </w:t>
            </w:r>
            <w:proofErr w:type="spellStart"/>
            <w:r w:rsidRPr="005B2C7F">
              <w:rPr>
                <w:b/>
                <w:bCs/>
              </w:rPr>
              <w:t>hà</w:t>
            </w:r>
            <w:proofErr w:type="spellEnd"/>
          </w:p>
        </w:tc>
      </w:tr>
    </w:tbl>
    <w:p w14:paraId="02EA67F3" w14:textId="77777777" w:rsidR="00E45ABC" w:rsidRDefault="00E45ABC">
      <w:pPr>
        <w:jc w:val="center"/>
        <w:rPr>
          <w:b/>
        </w:rPr>
      </w:pPr>
    </w:p>
    <w:p w14:paraId="77A4954C" w14:textId="77777777" w:rsidR="00A213F3" w:rsidRDefault="00E45ABC">
      <w:pPr>
        <w:jc w:val="center"/>
      </w:pPr>
      <w:r>
        <w:rPr>
          <w:b/>
        </w:rPr>
        <w:t>THÀNH PHẦN CHỨNG KIẾN</w:t>
      </w:r>
    </w:p>
    <w:p w14:paraId="000077DA" w14:textId="1D458AC8" w:rsidR="00A213F3" w:rsidRDefault="00E45ABC">
      <w:pPr>
        <w:ind w:left="567"/>
      </w:pPr>
      <w:r>
        <w:t xml:space="preserve">- </w:t>
      </w:r>
      <w:proofErr w:type="spellStart"/>
      <w:r>
        <w:t>Ông</w:t>
      </w:r>
      <w:proofErr w:type="spellEnd"/>
      <w:r>
        <w:t>/</w:t>
      </w:r>
      <w:proofErr w:type="spellStart"/>
      <w:r>
        <w:t>Bà</w:t>
      </w:r>
      <w:proofErr w:type="spellEnd"/>
      <w:r w:rsidR="0037472F">
        <w:t xml:space="preserve">: </w:t>
      </w:r>
      <w:r>
        <w:t xml:space="preserve"> </w:t>
      </w:r>
      <w:r w:rsidR="0037472F">
        <w:t>Lê Ngọc Tuyến</w:t>
      </w:r>
      <w:r>
        <w:t xml:space="preserve">, </w:t>
      </w:r>
      <w:proofErr w:type="spellStart"/>
      <w:r>
        <w:t>Trưởng</w:t>
      </w:r>
      <w:proofErr w:type="spellEnd"/>
      <w:r>
        <w:t xml:space="preserve"> Ban Thanh </w:t>
      </w:r>
      <w:proofErr w:type="spellStart"/>
      <w:r>
        <w:t>tra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>.</w:t>
      </w:r>
    </w:p>
    <w:p w14:paraId="59EA94D8" w14:textId="502C04CC" w:rsidR="00A213F3" w:rsidRDefault="00E45ABC">
      <w:pPr>
        <w:ind w:left="567"/>
      </w:pPr>
      <w:r>
        <w:t xml:space="preserve">- </w:t>
      </w:r>
      <w:proofErr w:type="spellStart"/>
      <w:r>
        <w:t>Ông</w:t>
      </w:r>
      <w:proofErr w:type="spellEnd"/>
      <w:r>
        <w:t>/</w:t>
      </w:r>
      <w:proofErr w:type="spellStart"/>
      <w:proofErr w:type="gramStart"/>
      <w:r>
        <w:t>Bà</w:t>
      </w:r>
      <w:proofErr w:type="spellEnd"/>
      <w:r>
        <w:t xml:space="preserve"> </w:t>
      </w:r>
      <w:r w:rsidR="0037472F">
        <w:t>:</w:t>
      </w:r>
      <w:proofErr w:type="gramEnd"/>
      <w:r w:rsidR="0037472F">
        <w:t xml:space="preserve"> Lê Thị Nguyệt</w:t>
      </w:r>
      <w:r>
        <w:t xml:space="preserve">,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toán</w:t>
      </w:r>
      <w:proofErr w:type="spellEnd"/>
      <w:r>
        <w:t>.</w:t>
      </w:r>
    </w:p>
    <w:sectPr w:rsidR="00A213F3" w:rsidSect="007B68D8">
      <w:pgSz w:w="12240" w:h="15840"/>
      <w:pgMar w:top="567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roman"/>
    <w:pitch w:val="variable"/>
    <w:sig w:usb0="20000A87" w:usb1="08000000" w:usb2="00000008" w:usb3="00000000" w:csb0="000001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F353A41"/>
    <w:multiLevelType w:val="hybridMultilevel"/>
    <w:tmpl w:val="7E60C87C"/>
    <w:lvl w:ilvl="0" w:tplc="42F2C7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8D3108"/>
    <w:multiLevelType w:val="hybridMultilevel"/>
    <w:tmpl w:val="BC1ACAE4"/>
    <w:lvl w:ilvl="0" w:tplc="B82271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889064">
    <w:abstractNumId w:val="8"/>
  </w:num>
  <w:num w:numId="2" w16cid:durableId="527568140">
    <w:abstractNumId w:val="6"/>
  </w:num>
  <w:num w:numId="3" w16cid:durableId="689726329">
    <w:abstractNumId w:val="5"/>
  </w:num>
  <w:num w:numId="4" w16cid:durableId="402139877">
    <w:abstractNumId w:val="4"/>
  </w:num>
  <w:num w:numId="5" w16cid:durableId="1265460064">
    <w:abstractNumId w:val="7"/>
  </w:num>
  <w:num w:numId="6" w16cid:durableId="103112398">
    <w:abstractNumId w:val="3"/>
  </w:num>
  <w:num w:numId="7" w16cid:durableId="2014917154">
    <w:abstractNumId w:val="2"/>
  </w:num>
  <w:num w:numId="8" w16cid:durableId="1081216971">
    <w:abstractNumId w:val="1"/>
  </w:num>
  <w:num w:numId="9" w16cid:durableId="1614048305">
    <w:abstractNumId w:val="0"/>
  </w:num>
  <w:num w:numId="10" w16cid:durableId="616570941">
    <w:abstractNumId w:val="10"/>
  </w:num>
  <w:num w:numId="11" w16cid:durableId="38896588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D5F77"/>
    <w:rsid w:val="00300A08"/>
    <w:rsid w:val="00326F90"/>
    <w:rsid w:val="0037472F"/>
    <w:rsid w:val="0039593A"/>
    <w:rsid w:val="00453C0A"/>
    <w:rsid w:val="004F2950"/>
    <w:rsid w:val="005B2C7F"/>
    <w:rsid w:val="007A3076"/>
    <w:rsid w:val="007B68D8"/>
    <w:rsid w:val="008C61AB"/>
    <w:rsid w:val="00A213F3"/>
    <w:rsid w:val="00A36C3B"/>
    <w:rsid w:val="00AA1D8D"/>
    <w:rsid w:val="00B47730"/>
    <w:rsid w:val="00C42323"/>
    <w:rsid w:val="00CA6BAE"/>
    <w:rsid w:val="00CB0664"/>
    <w:rsid w:val="00D9710B"/>
    <w:rsid w:val="00E45ABC"/>
    <w:rsid w:val="00EC08E5"/>
    <w:rsid w:val="00F211B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  <w14:docId w14:val="6395F0D8"/>
  <w14:defaultImageDpi w14:val="300"/>
  <w15:docId w15:val="{B8F7F7A3-74BC-45DE-ACF8-4E48F375F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harCharCharCharCharCharCharCharCharChar">
    <w:name w:val="Char Char Char Char Char Char Char Char Char Char"/>
    <w:basedOn w:val="Normal"/>
    <w:rsid w:val="00A36C3B"/>
    <w:pPr>
      <w:pageBreakBefore/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styleId="NormalWeb">
    <w:name w:val="Normal (Web)"/>
    <w:basedOn w:val="Normal"/>
    <w:uiPriority w:val="99"/>
    <w:unhideWhenUsed/>
    <w:rsid w:val="00453C0A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A5DB5A0-9D88-4C34-8957-3E2E99066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epic xd</cp:lastModifiedBy>
  <cp:revision>13</cp:revision>
  <cp:lastPrinted>2026-10-05T03:00:00Z</cp:lastPrinted>
  <dcterms:created xsi:type="dcterms:W3CDTF">2013-12-23T23:15:00Z</dcterms:created>
  <dcterms:modified xsi:type="dcterms:W3CDTF">2026-10-05T08:36:00Z</dcterms:modified>
  <cp:category/>
</cp:coreProperties>
</file>