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48" w:type="dxa"/>
        <w:jc w:val="center"/>
        <w:tblLayout w:type="fixed"/>
        <w:tblLook w:val="04A0" w:firstRow="1" w:lastRow="0" w:firstColumn="1" w:lastColumn="0" w:noHBand="0" w:noVBand="1"/>
      </w:tblPr>
      <w:tblGrid>
        <w:gridCol w:w="4253"/>
        <w:gridCol w:w="6095"/>
      </w:tblGrid>
      <w:tr w:rsidR="00EE5F21" w14:paraId="03807512" w14:textId="77777777" w:rsidTr="00366A5E">
        <w:trPr>
          <w:jc w:val="center"/>
        </w:trPr>
        <w:tc>
          <w:tcPr>
            <w:tcW w:w="4253" w:type="dxa"/>
            <w:vAlign w:val="center"/>
          </w:tcPr>
          <w:p w14:paraId="378E8410" w14:textId="40EFCA70" w:rsidR="00EE5F21" w:rsidRDefault="008602C3" w:rsidP="00366A5E">
            <w:pPr>
              <w:spacing w:after="0" w:line="240" w:lineRule="auto"/>
            </w:pPr>
            <w:r>
              <w:rPr>
                <w:bCs/>
                <w:sz w:val="26"/>
                <w:lang w:val="vi-VN"/>
              </w:rPr>
              <w:t xml:space="preserve">     </w:t>
            </w:r>
            <w:r w:rsidR="00EE5F21" w:rsidRPr="005B2C7F">
              <w:rPr>
                <w:bCs/>
                <w:sz w:val="26"/>
              </w:rPr>
              <w:t>SỞ GD&amp;ĐT THANH HÓA</w:t>
            </w:r>
            <w:r w:rsidR="00EE5F21">
              <w:rPr>
                <w:b/>
                <w:sz w:val="26"/>
              </w:rPr>
              <w:br/>
              <w:t>TR</w:t>
            </w:r>
            <w:r w:rsidR="00EE5F21" w:rsidRPr="005B2C7F">
              <w:rPr>
                <w:b/>
                <w:sz w:val="26"/>
                <w:u w:val="single"/>
              </w:rPr>
              <w:t>ƯỜNG THPT ĐÔNG SƠ</w:t>
            </w:r>
            <w:r w:rsidR="00EE5F21">
              <w:rPr>
                <w:b/>
                <w:sz w:val="26"/>
              </w:rPr>
              <w:t>N 1</w:t>
            </w:r>
          </w:p>
        </w:tc>
        <w:tc>
          <w:tcPr>
            <w:tcW w:w="6095" w:type="dxa"/>
            <w:vAlign w:val="center"/>
          </w:tcPr>
          <w:p w14:paraId="0A5C029F" w14:textId="77777777" w:rsidR="00366A5E" w:rsidRDefault="00366A5E" w:rsidP="00AE2832">
            <w:pPr>
              <w:spacing w:after="0" w:line="240" w:lineRule="auto"/>
              <w:jc w:val="center"/>
              <w:rPr>
                <w:b/>
                <w:sz w:val="26"/>
              </w:rPr>
            </w:pPr>
          </w:p>
          <w:p w14:paraId="47A86D3B" w14:textId="1C91399D" w:rsidR="00EE5F21" w:rsidRDefault="00EE5F21" w:rsidP="00AE2832">
            <w:pPr>
              <w:spacing w:after="0" w:line="240" w:lineRule="auto"/>
              <w:jc w:val="center"/>
              <w:rPr>
                <w:b/>
                <w:sz w:val="26"/>
              </w:rPr>
            </w:pPr>
            <w:r>
              <w:rPr>
                <w:b/>
                <w:noProof/>
                <w:sz w:val="26"/>
              </w:rPr>
              <mc:AlternateContent>
                <mc:Choice Requires="wps">
                  <w:drawing>
                    <wp:anchor distT="0" distB="0" distL="114300" distR="114300" simplePos="0" relativeHeight="251657216" behindDoc="0" locked="0" layoutInCell="1" allowOverlap="1" wp14:anchorId="7217E883" wp14:editId="1A3FD38B">
                      <wp:simplePos x="0" y="0"/>
                      <wp:positionH relativeFrom="column">
                        <wp:posOffset>869949</wp:posOffset>
                      </wp:positionH>
                      <wp:positionV relativeFrom="paragraph">
                        <wp:posOffset>384810</wp:posOffset>
                      </wp:positionV>
                      <wp:extent cx="1990725" cy="0"/>
                      <wp:effectExtent l="0" t="0" r="0" b="0"/>
                      <wp:wrapNone/>
                      <wp:docPr id="1771718226" name="Straight Connector 1"/>
                      <wp:cNvGraphicFramePr/>
                      <a:graphic xmlns:a="http://schemas.openxmlformats.org/drawingml/2006/main">
                        <a:graphicData uri="http://schemas.microsoft.com/office/word/2010/wordprocessingShape">
                          <wps:wsp>
                            <wps:cNvCnPr/>
                            <wps:spPr>
                              <a:xfrm>
                                <a:off x="0" y="0"/>
                                <a:ext cx="1990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ADD8D4"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68.5pt,30.3pt" to="225.25pt,3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" strokecolor="black [3040]"/>
                  </w:pict>
                </mc:Fallback>
              </mc:AlternateContent>
            </w:r>
            <w:r>
              <w:rPr>
                <w:b/>
                <w:sz w:val="26"/>
              </w:rPr>
              <w:t>CỘNG HÒA XÃ HỘI CHỦ NGHĨA VIỆT NAM</w:t>
            </w:r>
            <w:r>
              <w:rPr>
                <w:b/>
                <w:sz w:val="26"/>
              </w:rPr>
              <w:br/>
              <w:t>Độc lập - Tự do - Hạnh phúc</w:t>
            </w:r>
          </w:p>
          <w:p w14:paraId="1A56C132" w14:textId="77777777" w:rsidR="00EE5F21" w:rsidRDefault="00EE5F21" w:rsidP="00AE2832">
            <w:pPr>
              <w:spacing w:after="0" w:line="240" w:lineRule="auto"/>
              <w:jc w:val="center"/>
              <w:rPr>
                <w:b/>
                <w:sz w:val="26"/>
              </w:rPr>
            </w:pPr>
          </w:p>
          <w:p w14:paraId="716D2710" w14:textId="111FE018" w:rsidR="00EE5F21" w:rsidRDefault="00366A5E" w:rsidP="00366A5E">
            <w:pPr>
              <w:spacing w:after="0" w:line="240" w:lineRule="auto"/>
            </w:pPr>
            <w:r>
              <w:rPr>
                <w:i/>
                <w:sz w:val="26"/>
              </w:rPr>
              <w:t xml:space="preserve">                      </w:t>
            </w:r>
            <w:r w:rsidR="00EE5F21">
              <w:rPr>
                <w:i/>
                <w:sz w:val="26"/>
              </w:rPr>
              <w:t xml:space="preserve">Đông Sơn, ngày </w:t>
            </w:r>
            <w:r w:rsidR="00E0174B">
              <w:rPr>
                <w:i/>
                <w:sz w:val="26"/>
              </w:rPr>
              <w:t>01</w:t>
            </w:r>
            <w:r w:rsidR="00EE5F21">
              <w:rPr>
                <w:i/>
                <w:sz w:val="26"/>
              </w:rPr>
              <w:t xml:space="preserve"> tháng </w:t>
            </w:r>
            <w:r w:rsidR="00E0174B">
              <w:rPr>
                <w:i/>
                <w:sz w:val="26"/>
              </w:rPr>
              <w:t>10</w:t>
            </w:r>
            <w:r w:rsidR="00931A83">
              <w:rPr>
                <w:i/>
                <w:sz w:val="26"/>
              </w:rPr>
              <w:t xml:space="preserve"> </w:t>
            </w:r>
            <w:r w:rsidR="00EE5F21">
              <w:rPr>
                <w:i/>
                <w:sz w:val="26"/>
              </w:rPr>
              <w:t>năm 2026</w:t>
            </w:r>
          </w:p>
        </w:tc>
      </w:tr>
    </w:tbl>
    <w:p w14:paraId="3479967A" w14:textId="77777777" w:rsidR="00EE5F21" w:rsidRDefault="00EE5F21">
      <w:pPr>
        <w:jc w:val="right"/>
      </w:pPr>
    </w:p>
    <w:p w14:paraId="39F5FAE7" w14:textId="77777777" w:rsidR="00931A83" w:rsidRDefault="00456364" w:rsidP="00931A83">
      <w:pPr>
        <w:jc w:val="center"/>
        <w:rPr>
          <w:b/>
          <w:sz w:val="30"/>
        </w:rPr>
      </w:pPr>
      <w:r>
        <w:rPr>
          <w:b/>
          <w:sz w:val="30"/>
        </w:rPr>
        <w:t>BIÊN BẢN</w:t>
      </w:r>
    </w:p>
    <w:p w14:paraId="596ABAB5" w14:textId="6FEEDF36" w:rsidR="00931A83" w:rsidRPr="00A36C3B" w:rsidRDefault="00931A83" w:rsidP="00931A83">
      <w:pPr>
        <w:jc w:val="center"/>
        <w:rPr>
          <w:szCs w:val="28"/>
        </w:rPr>
      </w:pPr>
      <w:r>
        <w:rPr>
          <w:b/>
          <w:szCs w:val="28"/>
        </w:rPr>
        <w:t>Kết thúc</w:t>
      </w:r>
      <w:r w:rsidRPr="00A36C3B">
        <w:rPr>
          <w:b/>
          <w:szCs w:val="28"/>
        </w:rPr>
        <w:t xml:space="preserve"> công khai năm học 2025-2026</w:t>
      </w:r>
    </w:p>
    <w:p w14:paraId="6E898945" w14:textId="77777777" w:rsidR="00931A83" w:rsidRDefault="00931A83" w:rsidP="00931A83">
      <w:pPr>
        <w:spacing w:after="0" w:line="360" w:lineRule="exact"/>
        <w:jc w:val="center"/>
        <w:rPr>
          <w:szCs w:val="28"/>
        </w:rPr>
      </w:pPr>
      <w:r w:rsidRPr="00A36C3B">
        <w:rPr>
          <w:szCs w:val="28"/>
        </w:rPr>
        <w:t>(Theo Thông tư số 09/2024/TT-BGDĐT)</w:t>
      </w:r>
    </w:p>
    <w:p w14:paraId="25615035" w14:textId="77777777" w:rsidR="00931A83" w:rsidRPr="00A36C3B" w:rsidRDefault="00931A83" w:rsidP="00931A83">
      <w:pPr>
        <w:spacing w:after="0" w:line="360" w:lineRule="exact"/>
        <w:jc w:val="center"/>
        <w:rPr>
          <w:szCs w:val="28"/>
        </w:rPr>
      </w:pPr>
    </w:p>
    <w:p w14:paraId="6F951B56" w14:textId="77777777" w:rsidR="00B103F4" w:rsidRPr="00EE5F21" w:rsidRDefault="00456364">
      <w:pPr>
        <w:spacing w:after="0"/>
        <w:ind w:firstLine="567"/>
        <w:jc w:val="both"/>
        <w:rPr>
          <w:i/>
          <w:iCs/>
        </w:rPr>
      </w:pPr>
      <w:r w:rsidRPr="00EE5F21">
        <w:rPr>
          <w:i/>
          <w:iCs/>
        </w:rPr>
        <w:t>Căn cứ Thông tư số 09/2024/TT-BGDĐT ngày 03 tháng 6 năm 2024 của Bộ Giáo dục và Đào tạo ban hành quy định về công khai trong hoạt động của các cơ sở giáo dục thuộc hệ thống giáo dục quốc dân;</w:t>
      </w:r>
    </w:p>
    <w:p w14:paraId="4646B5F7" w14:textId="67A169E3" w:rsidR="00B103F4" w:rsidRDefault="00456364">
      <w:pPr>
        <w:spacing w:after="0"/>
        <w:ind w:firstLine="567"/>
        <w:jc w:val="both"/>
      </w:pPr>
      <w:r>
        <w:t xml:space="preserve">Hôm nay, ngày </w:t>
      </w:r>
      <w:r w:rsidR="00931A83">
        <w:t>01</w:t>
      </w:r>
      <w:r>
        <w:t xml:space="preserve"> tháng </w:t>
      </w:r>
      <w:r w:rsidR="00931A83">
        <w:t>10</w:t>
      </w:r>
      <w:r>
        <w:t xml:space="preserve"> năm 202</w:t>
      </w:r>
      <w:r w:rsidR="00EE5F21">
        <w:t>6</w:t>
      </w:r>
      <w:r>
        <w:t xml:space="preserve">, vào hồi </w:t>
      </w:r>
      <w:r w:rsidR="00931A83">
        <w:t>8</w:t>
      </w:r>
      <w:r>
        <w:t xml:space="preserve"> giờ </w:t>
      </w:r>
      <w:r w:rsidR="00931A83">
        <w:t>00</w:t>
      </w:r>
      <w:r>
        <w:t xml:space="preserve"> phút, tại Trường THPT Đông Sơn 1, tỉnh Thanh Hóa.</w:t>
      </w:r>
    </w:p>
    <w:p w14:paraId="21BFAB29" w14:textId="77777777" w:rsidR="00B103F4" w:rsidRDefault="00456364">
      <w:pPr>
        <w:spacing w:after="0"/>
        <w:jc w:val="both"/>
      </w:pPr>
      <w:r>
        <w:t>Chúng tôi gồm:</w:t>
      </w:r>
    </w:p>
    <w:p w14:paraId="40C07EE3" w14:textId="77777777" w:rsidR="00EE5F21" w:rsidRDefault="00EE5F21" w:rsidP="00EE5F21">
      <w:pPr>
        <w:spacing w:after="0" w:line="360" w:lineRule="exact"/>
        <w:ind w:left="567"/>
        <w:jc w:val="both"/>
      </w:pPr>
      <w:r>
        <w:t>1. Bà Nguyễn Thị Hà, Hiệu trưởng.</w:t>
      </w:r>
    </w:p>
    <w:p w14:paraId="33D09804" w14:textId="77777777" w:rsidR="00EE5F21" w:rsidRDefault="00EE5F21" w:rsidP="00EE5F21">
      <w:pPr>
        <w:spacing w:after="0" w:line="360" w:lineRule="exact"/>
        <w:ind w:left="567"/>
        <w:jc w:val="both"/>
      </w:pPr>
      <w:r>
        <w:t>2. Ông Nguyễn Tài Khôi, Phó Hiệu trưởng.</w:t>
      </w:r>
    </w:p>
    <w:p w14:paraId="6464AB37" w14:textId="71A942F8" w:rsidR="00EE5F21" w:rsidRDefault="00EE5F21" w:rsidP="00EE5F21">
      <w:pPr>
        <w:spacing w:after="0" w:line="360" w:lineRule="exact"/>
        <w:ind w:left="567"/>
        <w:jc w:val="both"/>
      </w:pPr>
      <w:r>
        <w:t xml:space="preserve">3. Bà Lưu Thị Phương, </w:t>
      </w:r>
      <w:r w:rsidR="00931A83">
        <w:t>TTCM</w:t>
      </w:r>
      <w:r>
        <w:t>.</w:t>
      </w:r>
    </w:p>
    <w:p w14:paraId="05094E0D" w14:textId="77777777" w:rsidR="00EE5F21" w:rsidRDefault="00EE5F21" w:rsidP="00EE5F21">
      <w:pPr>
        <w:spacing w:after="0" w:line="360" w:lineRule="exact"/>
        <w:ind w:left="567"/>
        <w:jc w:val="both"/>
      </w:pPr>
      <w:r>
        <w:t xml:space="preserve">4. Ông Lê Đình Xô, Thư ký Hội đồng </w:t>
      </w:r>
    </w:p>
    <w:p w14:paraId="5103FFDF" w14:textId="77777777" w:rsidR="00EE5F21" w:rsidRDefault="00EE5F21" w:rsidP="00EE5F21">
      <w:pPr>
        <w:spacing w:after="0" w:line="360" w:lineRule="exact"/>
        <w:ind w:left="567"/>
        <w:jc w:val="both"/>
      </w:pPr>
      <w:r>
        <w:t>5. Ông Lê Ngọc Tuyến, Trưởng Ban Thanh tra nhân dân.</w:t>
      </w:r>
    </w:p>
    <w:p w14:paraId="217BDBDD" w14:textId="77777777" w:rsidR="00EE5F21" w:rsidRDefault="00EE5F21" w:rsidP="00EE5F21">
      <w:pPr>
        <w:spacing w:after="0" w:line="360" w:lineRule="exact"/>
        <w:ind w:left="567"/>
        <w:jc w:val="both"/>
      </w:pPr>
      <w:r>
        <w:t>6. Bà Lê Thị Nguyệt, Kế toán.</w:t>
      </w:r>
    </w:p>
    <w:p w14:paraId="2DE67835" w14:textId="392181CB" w:rsidR="00B103F4" w:rsidRDefault="00456364">
      <w:pPr>
        <w:spacing w:after="0"/>
        <w:ind w:firstLine="567"/>
        <w:jc w:val="both"/>
      </w:pPr>
      <w:r>
        <w:t xml:space="preserve">Nội dung: Tiến hành kết thúc </w:t>
      </w:r>
      <w:r w:rsidR="00931A83">
        <w:t xml:space="preserve">niêm yết </w:t>
      </w:r>
      <w:r>
        <w:t xml:space="preserve">công khai </w:t>
      </w:r>
      <w:r w:rsidR="00931A83">
        <w:t xml:space="preserve">năm học 2025-2026 </w:t>
      </w:r>
      <w:r w:rsidR="00931A83" w:rsidRPr="00A36C3B">
        <w:rPr>
          <w:szCs w:val="28"/>
        </w:rPr>
        <w:t>Theo Thông tư số 09/2024/TT-BGDĐT</w:t>
      </w:r>
      <w:r w:rsidR="00931A83">
        <w:t xml:space="preserve"> </w:t>
      </w:r>
      <w:r>
        <w:t xml:space="preserve">của Trường THPT Đông Sơn 1. </w:t>
      </w:r>
    </w:p>
    <w:p w14:paraId="03EC2D92" w14:textId="0EE4A9FC" w:rsidR="00B103F4" w:rsidRDefault="00456364">
      <w:pPr>
        <w:spacing w:after="0"/>
        <w:ind w:firstLine="567"/>
        <w:jc w:val="both"/>
      </w:pPr>
      <w:r>
        <w:t>Thời gia</w:t>
      </w:r>
      <w:r>
        <w:t xml:space="preserve">n niêm yết công khai: từ </w:t>
      </w:r>
      <w:r w:rsidR="00931A83">
        <w:t>8</w:t>
      </w:r>
      <w:r>
        <w:t xml:space="preserve"> giờ </w:t>
      </w:r>
      <w:r w:rsidR="00931A83">
        <w:t>00</w:t>
      </w:r>
      <w:r>
        <w:t xml:space="preserve"> phút, ngày </w:t>
      </w:r>
      <w:r w:rsidR="00931A83">
        <w:t xml:space="preserve">30 </w:t>
      </w:r>
      <w:r>
        <w:t xml:space="preserve">tháng </w:t>
      </w:r>
      <w:r w:rsidR="00931A83">
        <w:t xml:space="preserve">6 </w:t>
      </w:r>
      <w:r>
        <w:t>năm 202</w:t>
      </w:r>
      <w:r w:rsidR="00EE5F21">
        <w:t>6</w:t>
      </w:r>
      <w:r>
        <w:t xml:space="preserve"> đến </w:t>
      </w:r>
      <w:r w:rsidR="00931A83">
        <w:t xml:space="preserve">8 </w:t>
      </w:r>
      <w:r>
        <w:t xml:space="preserve">giờ </w:t>
      </w:r>
      <w:r w:rsidR="00931A83">
        <w:t>00</w:t>
      </w:r>
      <w:r>
        <w:t xml:space="preserve"> phút, ngày </w:t>
      </w:r>
      <w:r w:rsidR="00931A83">
        <w:t xml:space="preserve">01 </w:t>
      </w:r>
      <w:r>
        <w:t xml:space="preserve">tháng </w:t>
      </w:r>
      <w:r w:rsidR="00931A83">
        <w:t>10</w:t>
      </w:r>
      <w:r>
        <w:t xml:space="preserve"> năm 202</w:t>
      </w:r>
      <w:r w:rsidR="00EE5F21">
        <w:t>6</w:t>
      </w:r>
      <w:r>
        <w:t xml:space="preserve"> (90 ngày liên tục).</w:t>
      </w:r>
    </w:p>
    <w:p w14:paraId="47B4B07A" w14:textId="77777777" w:rsidR="00931A83" w:rsidRDefault="00456364" w:rsidP="00931A83">
      <w:pPr>
        <w:spacing w:after="0"/>
        <w:ind w:firstLine="567"/>
        <w:jc w:val="both"/>
      </w:pPr>
      <w:r>
        <w:t>Trong thời gian công khai 90 ngày, không có ý kiến cần xác minh, giải trình đối với các nội dung trên của Trường THPT Đông Sơn</w:t>
      </w:r>
      <w:r>
        <w:t xml:space="preserve"> 1.</w:t>
      </w:r>
    </w:p>
    <w:p w14:paraId="72F523E7" w14:textId="5A89D100" w:rsidR="00B103F4" w:rsidRDefault="00456364" w:rsidP="006376BF">
      <w:pPr>
        <w:spacing w:after="0"/>
        <w:ind w:firstLine="567"/>
        <w:jc w:val="both"/>
      </w:pPr>
      <w:r>
        <w:t xml:space="preserve">Biên bản lập xong kết thúc vào hồi </w:t>
      </w:r>
      <w:r w:rsidR="00931A83">
        <w:t>8</w:t>
      </w:r>
      <w:r>
        <w:t xml:space="preserve"> giờ </w:t>
      </w:r>
      <w:r w:rsidR="00931A83">
        <w:t>30</w:t>
      </w:r>
      <w:r>
        <w:t xml:space="preserve"> phút cùng ngày, đã thông qua nội dung biên bản cho mọi người cùng nghe và công nhận biên bản ghi đúng nội dung.</w:t>
      </w:r>
    </w:p>
    <w:tbl>
      <w:tblPr>
        <w:tblW w:w="0" w:type="auto"/>
        <w:jc w:val="center"/>
        <w:tblLook w:val="04A0" w:firstRow="1" w:lastRow="0" w:firstColumn="1" w:lastColumn="0" w:noHBand="0" w:noVBand="1"/>
      </w:tblPr>
      <w:tblGrid>
        <w:gridCol w:w="3117"/>
        <w:gridCol w:w="3099"/>
        <w:gridCol w:w="3072"/>
      </w:tblGrid>
      <w:tr w:rsidR="00B103F4" w14:paraId="43A8A920" w14:textId="77777777" w:rsidTr="00682092">
        <w:trPr>
          <w:jc w:val="center"/>
        </w:trPr>
        <w:tc>
          <w:tcPr>
            <w:tcW w:w="3135" w:type="dxa"/>
            <w:tcBorders>
              <w:bottom w:val="single" w:sz="4" w:space="0" w:color="auto"/>
            </w:tcBorders>
          </w:tcPr>
          <w:p w14:paraId="416F55DF" w14:textId="77777777" w:rsidR="00B103F4" w:rsidRDefault="00456364" w:rsidP="00EE5F21">
            <w:pPr>
              <w:spacing w:after="0" w:line="240" w:lineRule="auto"/>
              <w:jc w:val="center"/>
            </w:pPr>
            <w:r>
              <w:rPr>
                <w:b/>
                <w:sz w:val="26"/>
              </w:rPr>
              <w:t>THƯ KÝ</w:t>
            </w:r>
          </w:p>
        </w:tc>
        <w:tc>
          <w:tcPr>
            <w:tcW w:w="3135" w:type="dxa"/>
            <w:tcBorders>
              <w:bottom w:val="single" w:sz="4" w:space="0" w:color="auto"/>
            </w:tcBorders>
          </w:tcPr>
          <w:p w14:paraId="673E16B7" w14:textId="77777777" w:rsidR="00B103F4" w:rsidRDefault="00456364" w:rsidP="00EE5F21">
            <w:pPr>
              <w:spacing w:after="0" w:line="240" w:lineRule="auto"/>
              <w:jc w:val="center"/>
            </w:pPr>
            <w:r>
              <w:rPr>
                <w:b/>
                <w:sz w:val="26"/>
              </w:rPr>
              <w:t>TRƯỞNG BAN THANH TRA NHÂN DÂN</w:t>
            </w:r>
          </w:p>
        </w:tc>
        <w:tc>
          <w:tcPr>
            <w:tcW w:w="3135" w:type="dxa"/>
            <w:tcBorders>
              <w:bottom w:val="single" w:sz="4" w:space="0" w:color="auto"/>
            </w:tcBorders>
          </w:tcPr>
          <w:p w14:paraId="53FA47FD" w14:textId="77777777" w:rsidR="00B103F4" w:rsidRDefault="00456364" w:rsidP="00EE5F21">
            <w:pPr>
              <w:spacing w:after="0" w:line="240" w:lineRule="auto"/>
              <w:jc w:val="center"/>
            </w:pPr>
            <w:r>
              <w:rPr>
                <w:b/>
                <w:sz w:val="26"/>
              </w:rPr>
              <w:t>HIỆU TRƯỞNG</w:t>
            </w:r>
          </w:p>
        </w:tc>
      </w:tr>
      <w:tr w:rsidR="00B103F4" w14:paraId="03883B57" w14:textId="77777777" w:rsidTr="00682092">
        <w:trPr>
          <w:jc w:val="center"/>
        </w:trPr>
        <w:tc>
          <w:tcPr>
            <w:tcW w:w="3135" w:type="dxa"/>
            <w:tcBorders>
              <w:top w:val="single" w:sz="4" w:space="0" w:color="auto"/>
              <w:left w:val="single" w:sz="4" w:space="0" w:color="auto"/>
              <w:bottom w:val="single" w:sz="4" w:space="0" w:color="auto"/>
              <w:right w:val="single" w:sz="4" w:space="0" w:color="auto"/>
            </w:tcBorders>
          </w:tcPr>
          <w:p w14:paraId="762D735E" w14:textId="06CD3DA1" w:rsidR="00EE5F21" w:rsidRPr="00682092" w:rsidRDefault="00682092" w:rsidP="00682092">
            <w:pPr>
              <w:pStyle w:val="NormalWeb"/>
            </w:pPr>
            <w:r>
              <w:rPr>
                <w:noProof/>
              </w:rPr>
              <w:drawing>
                <wp:inline distT="0" distB="0" distL="0" distR="0" wp14:anchorId="1C71EBFC" wp14:editId="0EC1596B">
                  <wp:extent cx="1534795" cy="689212"/>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58047" cy="699654"/>
                          </a:xfrm>
                          <a:prstGeom prst="rect">
                            <a:avLst/>
                          </a:prstGeom>
                          <a:noFill/>
                          <a:ln>
                            <a:noFill/>
                          </a:ln>
                        </pic:spPr>
                      </pic:pic>
                    </a:graphicData>
                  </a:graphic>
                </wp:inline>
              </w:drawing>
            </w:r>
          </w:p>
          <w:p w14:paraId="386CFFE6" w14:textId="05DEB064" w:rsidR="00EE5F21" w:rsidRPr="00EE5F21" w:rsidRDefault="00EE5F21" w:rsidP="00EE5F21">
            <w:pPr>
              <w:spacing w:after="0" w:line="240" w:lineRule="auto"/>
              <w:jc w:val="center"/>
              <w:rPr>
                <w:b/>
                <w:bCs/>
              </w:rPr>
            </w:pPr>
            <w:r w:rsidRPr="00EE5F21">
              <w:rPr>
                <w:b/>
                <w:bCs/>
              </w:rPr>
              <w:t>Lê Đình Xô</w:t>
            </w:r>
          </w:p>
        </w:tc>
        <w:tc>
          <w:tcPr>
            <w:tcW w:w="3135" w:type="dxa"/>
            <w:tcBorders>
              <w:top w:val="single" w:sz="4" w:space="0" w:color="auto"/>
              <w:left w:val="single" w:sz="4" w:space="0" w:color="auto"/>
              <w:bottom w:val="single" w:sz="4" w:space="0" w:color="auto"/>
              <w:right w:val="single" w:sz="4" w:space="0" w:color="auto"/>
            </w:tcBorders>
          </w:tcPr>
          <w:p w14:paraId="29ECAC14" w14:textId="77777777" w:rsidR="00EE5F21" w:rsidRPr="00EE5F21" w:rsidRDefault="00EE5F21" w:rsidP="00456364">
            <w:pPr>
              <w:spacing w:after="0" w:line="240" w:lineRule="auto"/>
              <w:rPr>
                <w:b/>
                <w:bCs/>
              </w:rPr>
            </w:pPr>
          </w:p>
          <w:p w14:paraId="42A14C73" w14:textId="4D22DA7B" w:rsidR="00EE5F21" w:rsidRPr="00EE5F21" w:rsidRDefault="00456364" w:rsidP="00EE5F21">
            <w:pPr>
              <w:spacing w:after="0" w:line="240" w:lineRule="auto"/>
              <w:jc w:val="center"/>
              <w:rPr>
                <w:b/>
                <w:bCs/>
              </w:rPr>
            </w:pPr>
            <w:r>
              <w:rPr>
                <w:noProof/>
              </w:rPr>
              <w:drawing>
                <wp:inline distT="0" distB="0" distL="0" distR="0" wp14:anchorId="7E5BCE4C" wp14:editId="3EE99AE7">
                  <wp:extent cx="1219200" cy="72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9200" cy="723900"/>
                          </a:xfrm>
                          <a:prstGeom prst="rect">
                            <a:avLst/>
                          </a:prstGeom>
                          <a:noFill/>
                          <a:ln>
                            <a:noFill/>
                          </a:ln>
                        </pic:spPr>
                      </pic:pic>
                    </a:graphicData>
                  </a:graphic>
                </wp:inline>
              </w:drawing>
            </w:r>
          </w:p>
          <w:p w14:paraId="039AE6F9" w14:textId="77777777" w:rsidR="00EE5F21" w:rsidRPr="00EE5F21" w:rsidRDefault="00EE5F21" w:rsidP="00EE5F21">
            <w:pPr>
              <w:spacing w:after="0" w:line="240" w:lineRule="auto"/>
              <w:jc w:val="center"/>
              <w:rPr>
                <w:b/>
                <w:bCs/>
              </w:rPr>
            </w:pPr>
          </w:p>
          <w:p w14:paraId="48A1FB23" w14:textId="40FEA208" w:rsidR="00B103F4" w:rsidRPr="00EE5F21" w:rsidRDefault="00EE5F21" w:rsidP="00EE5F21">
            <w:pPr>
              <w:spacing w:after="0" w:line="240" w:lineRule="auto"/>
              <w:jc w:val="center"/>
              <w:rPr>
                <w:b/>
                <w:bCs/>
              </w:rPr>
            </w:pPr>
            <w:r w:rsidRPr="00EE5F21">
              <w:rPr>
                <w:b/>
                <w:bCs/>
              </w:rPr>
              <w:t>Lê Ngọc Tuyến</w:t>
            </w:r>
          </w:p>
        </w:tc>
        <w:tc>
          <w:tcPr>
            <w:tcW w:w="3135" w:type="dxa"/>
            <w:tcBorders>
              <w:top w:val="single" w:sz="4" w:space="0" w:color="auto"/>
              <w:left w:val="single" w:sz="4" w:space="0" w:color="auto"/>
              <w:bottom w:val="single" w:sz="4" w:space="0" w:color="auto"/>
              <w:right w:val="single" w:sz="4" w:space="0" w:color="auto"/>
            </w:tcBorders>
          </w:tcPr>
          <w:p w14:paraId="3847F041" w14:textId="5CF7F79E" w:rsidR="00EE5F21" w:rsidRPr="00EE5F21" w:rsidRDefault="00531BC2" w:rsidP="00EE5F21">
            <w:pPr>
              <w:spacing w:after="0" w:line="240" w:lineRule="auto"/>
              <w:jc w:val="center"/>
              <w:rPr>
                <w:b/>
                <w:bCs/>
              </w:rPr>
            </w:pPr>
            <w:r w:rsidRPr="00531BC2">
              <w:rPr>
                <w:rFonts w:cs="Times New Roman"/>
                <w:noProof/>
                <w:sz w:val="22"/>
                <w:lang w:val="vi"/>
              </w:rPr>
              <mc:AlternateContent>
                <mc:Choice Requires="wpg">
                  <w:drawing>
                    <wp:anchor distT="0" distB="0" distL="0" distR="0" simplePos="0" relativeHeight="251658240" behindDoc="0" locked="0" layoutInCell="1" allowOverlap="1" wp14:anchorId="392A4CB0" wp14:editId="3CE70FC5">
                      <wp:simplePos x="0" y="0"/>
                      <wp:positionH relativeFrom="page">
                        <wp:posOffset>-286536</wp:posOffset>
                      </wp:positionH>
                      <wp:positionV relativeFrom="paragraph">
                        <wp:posOffset>-442471</wp:posOffset>
                      </wp:positionV>
                      <wp:extent cx="2627194" cy="137795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7194" cy="1377950"/>
                                <a:chOff x="-80973" y="-108641"/>
                                <a:chExt cx="3465261" cy="1778000"/>
                              </a:xfrm>
                            </wpg:grpSpPr>
                            <pic:pic xmlns:pic="http://schemas.openxmlformats.org/drawingml/2006/picture">
                              <pic:nvPicPr>
                                <pic:cNvPr id="7" name="Image 7"/>
                                <pic:cNvPicPr/>
                              </pic:nvPicPr>
                              <pic:blipFill>
                                <a:blip r:embed="rId8" cstate="print"/>
                                <a:stretch>
                                  <a:fillRect/>
                                </a:stretch>
                              </pic:blipFill>
                              <pic:spPr>
                                <a:xfrm>
                                  <a:off x="656964" y="315716"/>
                                  <a:ext cx="2727324" cy="1254506"/>
                                </a:xfrm>
                                <a:prstGeom prst="rect">
                                  <a:avLst/>
                                </a:prstGeom>
                              </pic:spPr>
                            </pic:pic>
                            <pic:pic xmlns:pic="http://schemas.openxmlformats.org/drawingml/2006/picture">
                              <pic:nvPicPr>
                                <pic:cNvPr id="8" name="Image 8"/>
                                <pic:cNvPicPr/>
                              </pic:nvPicPr>
                              <pic:blipFill>
                                <a:blip r:embed="rId9" cstate="print"/>
                                <a:stretch>
                                  <a:fillRect/>
                                </a:stretch>
                              </pic:blipFill>
                              <pic:spPr>
                                <a:xfrm>
                                  <a:off x="-80973" y="-108641"/>
                                  <a:ext cx="1866647" cy="17780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965B560" id="Group 4" o:spid="_x0000_s1026" style="position:absolute;margin-left:-22.55pt;margin-top:-34.85pt;width:206.85pt;height:108.5pt;z-index:251658240;mso-wrap-distance-left:0;mso-wrap-distance-right:0;mso-position-horizontal-relative:page;mso-width-relative:margin;mso-height-relative:margin" coordorigin="-809,-1086" coordsize="34652,177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7" type="#_x0000_t75" style="position:absolute;left:6569;top:3157;width:27273;height:12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">
                        <v:imagedata r:id="rId10" o:title=""/>
                      </v:shape>
                      <v:shape id="Image 8" o:spid="_x0000_s1028" type="#_x0000_t75" style="position:absolute;left:-809;top:-1086;width:18665;height:1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">
                        <v:imagedata r:id="rId11" o:title=""/>
                      </v:shape>
                      <w10:wrap anchorx="page"/>
                    </v:group>
                  </w:pict>
                </mc:Fallback>
              </mc:AlternateContent>
            </w:r>
          </w:p>
          <w:p w14:paraId="2A42F4FC" w14:textId="530E0C3A" w:rsidR="00EE5F21" w:rsidRPr="00EE5F21" w:rsidRDefault="00EE5F21" w:rsidP="00EE5F21">
            <w:pPr>
              <w:spacing w:after="0" w:line="240" w:lineRule="auto"/>
              <w:jc w:val="center"/>
              <w:rPr>
                <w:b/>
                <w:bCs/>
              </w:rPr>
            </w:pPr>
          </w:p>
          <w:p w14:paraId="3522F983" w14:textId="77777777" w:rsidR="00EE5F21" w:rsidRPr="00EE5F21" w:rsidRDefault="00EE5F21" w:rsidP="00EE5F21">
            <w:pPr>
              <w:spacing w:after="0" w:line="240" w:lineRule="auto"/>
              <w:jc w:val="center"/>
              <w:rPr>
                <w:b/>
                <w:bCs/>
              </w:rPr>
            </w:pPr>
          </w:p>
          <w:p w14:paraId="277F9047" w14:textId="77777777" w:rsidR="00EE5F21" w:rsidRPr="00EE5F21" w:rsidRDefault="00EE5F21" w:rsidP="00EE5F21">
            <w:pPr>
              <w:spacing w:after="0" w:line="240" w:lineRule="auto"/>
              <w:jc w:val="center"/>
              <w:rPr>
                <w:b/>
                <w:bCs/>
              </w:rPr>
            </w:pPr>
          </w:p>
          <w:p w14:paraId="092C4CBA" w14:textId="65BD3AA4" w:rsidR="00B103F4" w:rsidRPr="00EE5F21" w:rsidRDefault="00EE5F21" w:rsidP="00EE5F21">
            <w:pPr>
              <w:spacing w:after="0" w:line="240" w:lineRule="auto"/>
              <w:jc w:val="center"/>
              <w:rPr>
                <w:b/>
                <w:bCs/>
              </w:rPr>
            </w:pPr>
            <w:r w:rsidRPr="00EE5F21">
              <w:rPr>
                <w:b/>
                <w:bCs/>
              </w:rPr>
              <w:t>Nguyễn Thị Hà</w:t>
            </w:r>
          </w:p>
        </w:tc>
      </w:tr>
    </w:tbl>
    <w:p w14:paraId="1C591BD3" w14:textId="77777777" w:rsidR="00A5681C" w:rsidRDefault="00A5681C"/>
    <w:sectPr w:rsidR="00A5681C" w:rsidSect="006376BF">
      <w:pgSz w:w="11907" w:h="16840" w:code="9"/>
      <w:pgMar w:top="964" w:right="1134" w:bottom="3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50B7"/>
    <w:rsid w:val="00034616"/>
    <w:rsid w:val="0006063C"/>
    <w:rsid w:val="0015074B"/>
    <w:rsid w:val="0029639D"/>
    <w:rsid w:val="00307AFC"/>
    <w:rsid w:val="00326F90"/>
    <w:rsid w:val="003449C2"/>
    <w:rsid w:val="00366A5E"/>
    <w:rsid w:val="00456364"/>
    <w:rsid w:val="00531BC2"/>
    <w:rsid w:val="006376BF"/>
    <w:rsid w:val="00682092"/>
    <w:rsid w:val="006A43FF"/>
    <w:rsid w:val="00834DB5"/>
    <w:rsid w:val="008602C3"/>
    <w:rsid w:val="00931A83"/>
    <w:rsid w:val="00A5681C"/>
    <w:rsid w:val="00AA1D8D"/>
    <w:rsid w:val="00AB354B"/>
    <w:rsid w:val="00B103F4"/>
    <w:rsid w:val="00B47730"/>
    <w:rsid w:val="00C42323"/>
    <w:rsid w:val="00CB0664"/>
    <w:rsid w:val="00E0174B"/>
    <w:rsid w:val="00EC08E5"/>
    <w:rsid w:val="00EE5F2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AB84C8"/>
  <w14:defaultImageDpi w14:val="300"/>
  <w15:docId w15:val="{A254B66D-86FC-4987-A253-417F3EB5A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682092"/>
    <w:pPr>
      <w:spacing w:before="100" w:beforeAutospacing="1" w:after="100" w:afterAutospacing="1" w:line="240" w:lineRule="auto"/>
    </w:pPr>
    <w:rPr>
      <w:rFonts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215</Words>
  <Characters>1228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Administrator</cp:lastModifiedBy>
  <cp:revision>12</cp:revision>
  <dcterms:created xsi:type="dcterms:W3CDTF">2013-12-23T23:15:00Z</dcterms:created>
  <dcterms:modified xsi:type="dcterms:W3CDTF">2026-10-05T10:55:00Z</dcterms:modified>
  <cp:category/>
</cp:coreProperties>
</file>